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20209" w:rsidRDefault="00000000" w:rsidP="005C78E8">
      <w:r>
        <w:rPr>
          <w:rFonts w:ascii="Montserrat" w:hAnsi="Montserrat"/>
          <w:b/>
          <w:color w:val="005480"/>
          <w:sz w:val="36"/>
        </w:rPr>
        <w:t>GUÍA DE COPIES: ÁNGULOS Y HOOKS DE VENTA</w:t>
      </w:r>
    </w:p>
    <w:p w:rsidR="00D20209" w:rsidRDefault="00000000">
      <w:r>
        <w:rPr>
          <w:rFonts w:ascii="Roboto" w:hAnsi="Roboto"/>
        </w:rPr>
        <w:t>Estos son Copies con distintos ángulos. Ahora que conoces como se debe componer un anuncio perfecto, puedes alternar para usar distintos ángulos y llegar a más clientes.</w:t>
      </w:r>
    </w:p>
    <w:p w:rsidR="00D20209" w:rsidRDefault="00000000">
      <w:r>
        <w:rPr>
          <w:rFonts w:ascii="Montserrat" w:hAnsi="Montserrat"/>
          <w:b/>
          <w:color w:val="005480"/>
          <w:sz w:val="26"/>
        </w:rPr>
        <w:br/>
        <w:t>Ángulo: Realidad</w:t>
      </w:r>
    </w:p>
    <w:p w:rsidR="00D20209" w:rsidRDefault="00000000">
      <w:r w:rsidRPr="005C78E8">
        <w:rPr>
          <w:rFonts w:ascii="Roboto" w:hAnsi="Roboto"/>
          <w:color w:val="EE0000"/>
          <w:sz w:val="20"/>
        </w:rPr>
        <w:t>Hook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No </w:t>
      </w:r>
      <w:proofErr w:type="spellStart"/>
      <w:r>
        <w:rPr>
          <w:rFonts w:ascii="Roboto" w:hAnsi="Roboto"/>
          <w:sz w:val="20"/>
        </w:rPr>
        <w:t>compres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terreno</w:t>
      </w:r>
      <w:proofErr w:type="spellEnd"/>
      <w:r>
        <w:rPr>
          <w:rFonts w:ascii="Roboto" w:hAnsi="Roboto"/>
          <w:sz w:val="20"/>
        </w:rPr>
        <w:t xml:space="preserve">… </w:t>
      </w:r>
      <w:proofErr w:type="spellStart"/>
      <w:r>
        <w:rPr>
          <w:rFonts w:ascii="Roboto" w:hAnsi="Roboto"/>
          <w:sz w:val="20"/>
        </w:rPr>
        <w:t>si</w:t>
      </w:r>
      <w:proofErr w:type="spellEnd"/>
      <w:r>
        <w:rPr>
          <w:rFonts w:ascii="Roboto" w:hAnsi="Roboto"/>
          <w:sz w:val="20"/>
        </w:rPr>
        <w:t xml:space="preserve"> no lo </w:t>
      </w:r>
      <w:proofErr w:type="spellStart"/>
      <w:r>
        <w:rPr>
          <w:rFonts w:ascii="Roboto" w:hAnsi="Roboto"/>
          <w:sz w:val="20"/>
        </w:rPr>
        <w:t>puedes</w:t>
      </w:r>
      <w:proofErr w:type="spellEnd"/>
      <w:r>
        <w:rPr>
          <w:rFonts w:ascii="Roboto" w:hAnsi="Roboto"/>
          <w:sz w:val="20"/>
        </w:rPr>
        <w:t xml:space="preserve"> usar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proofErr w:type="spellStart"/>
      <w:r w:rsidRPr="005C78E8">
        <w:rPr>
          <w:rFonts w:ascii="Roboto" w:hAnsi="Roboto"/>
          <w:color w:val="EE0000"/>
          <w:sz w:val="20"/>
        </w:rPr>
        <w:t>Características</w:t>
      </w:r>
      <w:proofErr w:type="spellEnd"/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Agua a pie de </w:t>
      </w:r>
      <w:proofErr w:type="spellStart"/>
      <w:r>
        <w:rPr>
          <w:rFonts w:ascii="Roboto" w:hAnsi="Roboto"/>
          <w:sz w:val="20"/>
        </w:rPr>
        <w:t>lote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Calles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trazadas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de 300 m² </w:t>
      </w:r>
      <w:proofErr w:type="spellStart"/>
      <w:r>
        <w:rPr>
          <w:rFonts w:ascii="Roboto" w:hAnsi="Roboto"/>
          <w:sz w:val="20"/>
        </w:rPr>
        <w:t>listos</w:t>
      </w:r>
      <w:proofErr w:type="spellEnd"/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r w:rsidRPr="005C78E8">
        <w:rPr>
          <w:rFonts w:ascii="Roboto" w:hAnsi="Roboto"/>
          <w:color w:val="EE0000"/>
          <w:sz w:val="20"/>
        </w:rPr>
        <w:t>CTA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Manda </w:t>
      </w:r>
      <w:proofErr w:type="spellStart"/>
      <w:r>
        <w:rPr>
          <w:rFonts w:ascii="Roboto" w:hAnsi="Roboto"/>
          <w:sz w:val="20"/>
        </w:rPr>
        <w:t>mensaje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te muestro cómo está hoy, no en planos</w:t>
      </w:r>
    </w:p>
    <w:p w:rsidR="00D20209" w:rsidRDefault="00000000">
      <w:r>
        <w:rPr>
          <w:rFonts w:ascii="Montserrat" w:hAnsi="Montserrat"/>
          <w:b/>
          <w:color w:val="005480"/>
          <w:sz w:val="26"/>
        </w:rPr>
        <w:br/>
        <w:t>Ángulo: Seguridad</w:t>
      </w:r>
    </w:p>
    <w:p w:rsidR="005C78E8" w:rsidRDefault="00000000">
      <w:pPr>
        <w:rPr>
          <w:rFonts w:ascii="Roboto" w:hAnsi="Roboto"/>
          <w:sz w:val="20"/>
        </w:rPr>
      </w:pPr>
      <w:r w:rsidRPr="005C78E8">
        <w:rPr>
          <w:rFonts w:ascii="Roboto" w:hAnsi="Roboto"/>
          <w:color w:val="EE0000"/>
          <w:sz w:val="20"/>
        </w:rPr>
        <w:t>Hook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Aquí</w:t>
      </w:r>
      <w:proofErr w:type="spellEnd"/>
      <w:r>
        <w:rPr>
          <w:rFonts w:ascii="Roboto" w:hAnsi="Roboto"/>
          <w:sz w:val="20"/>
        </w:rPr>
        <w:t xml:space="preserve"> no </w:t>
      </w:r>
      <w:proofErr w:type="spellStart"/>
      <w:r>
        <w:rPr>
          <w:rFonts w:ascii="Roboto" w:hAnsi="Roboto"/>
          <w:sz w:val="20"/>
        </w:rPr>
        <w:t>arriesgas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tu</w:t>
      </w:r>
      <w:proofErr w:type="spellEnd"/>
      <w:r>
        <w:rPr>
          <w:rFonts w:ascii="Roboto" w:hAnsi="Roboto"/>
          <w:sz w:val="20"/>
        </w:rPr>
        <w:t xml:space="preserve"> dinero</w:t>
      </w:r>
    </w:p>
    <w:p w:rsidR="00D20209" w:rsidRPr="005C78E8" w:rsidRDefault="00000000">
      <w:pPr>
        <w:rPr>
          <w:rFonts w:ascii="Roboto" w:hAnsi="Roboto"/>
          <w:sz w:val="20"/>
        </w:rPr>
      </w:pPr>
      <w:r>
        <w:rPr>
          <w:rFonts w:ascii="Roboto" w:hAnsi="Roboto"/>
          <w:sz w:val="20"/>
        </w:rPr>
        <w:br/>
      </w:r>
      <w:proofErr w:type="spellStart"/>
      <w:r w:rsidRPr="005C78E8">
        <w:rPr>
          <w:rFonts w:ascii="Roboto" w:hAnsi="Roboto"/>
          <w:color w:val="EE0000"/>
          <w:sz w:val="20"/>
        </w:rPr>
        <w:t>Características</w:t>
      </w:r>
      <w:proofErr w:type="spellEnd"/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Contrato</w:t>
      </w:r>
      <w:proofErr w:type="spellEnd"/>
      <w:r>
        <w:rPr>
          <w:rFonts w:ascii="Roboto" w:hAnsi="Roboto"/>
          <w:sz w:val="20"/>
        </w:rPr>
        <w:t xml:space="preserve"> formal,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Libertad de gravamen,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Acceso</w:t>
      </w:r>
      <w:proofErr w:type="spellEnd"/>
      <w:r>
        <w:rPr>
          <w:rFonts w:ascii="Roboto" w:hAnsi="Roboto"/>
          <w:sz w:val="20"/>
        </w:rPr>
        <w:t xml:space="preserve"> con </w:t>
      </w:r>
      <w:proofErr w:type="spellStart"/>
      <w:r>
        <w:rPr>
          <w:rFonts w:ascii="Roboto" w:hAnsi="Roboto"/>
          <w:sz w:val="20"/>
        </w:rPr>
        <w:t>cámaras</w:t>
      </w:r>
      <w:proofErr w:type="spellEnd"/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r w:rsidRPr="005C78E8">
        <w:rPr>
          <w:rFonts w:ascii="Roboto" w:hAnsi="Roboto"/>
          <w:color w:val="EE0000"/>
          <w:sz w:val="20"/>
        </w:rPr>
        <w:t>CTA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Escríbeme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 xml:space="preserve">] y </w:t>
      </w:r>
      <w:proofErr w:type="spellStart"/>
      <w:r>
        <w:rPr>
          <w:rFonts w:ascii="Roboto" w:hAnsi="Roboto"/>
          <w:sz w:val="20"/>
        </w:rPr>
        <w:t>revisa</w:t>
      </w:r>
      <w:proofErr w:type="spellEnd"/>
      <w:r>
        <w:rPr>
          <w:rFonts w:ascii="Roboto" w:hAnsi="Roboto"/>
          <w:sz w:val="20"/>
        </w:rPr>
        <w:t xml:space="preserve"> todo antes de decidir</w:t>
      </w:r>
    </w:p>
    <w:p w:rsidR="005C78E8" w:rsidRDefault="005C78E8">
      <w:pPr>
        <w:rPr>
          <w:rFonts w:ascii="Montserrat" w:hAnsi="Montserrat"/>
          <w:b/>
          <w:color w:val="005480"/>
          <w:sz w:val="26"/>
        </w:rPr>
      </w:pPr>
    </w:p>
    <w:p w:rsidR="005C78E8" w:rsidRDefault="005C78E8">
      <w:pPr>
        <w:rPr>
          <w:rFonts w:ascii="Montserrat" w:hAnsi="Montserrat"/>
          <w:b/>
          <w:color w:val="005480"/>
          <w:sz w:val="26"/>
        </w:rPr>
      </w:pPr>
    </w:p>
    <w:p w:rsidR="005C78E8" w:rsidRDefault="005C78E8">
      <w:pPr>
        <w:rPr>
          <w:rFonts w:ascii="Montserrat" w:hAnsi="Montserrat"/>
          <w:b/>
          <w:color w:val="005480"/>
          <w:sz w:val="26"/>
        </w:rPr>
      </w:pPr>
    </w:p>
    <w:p w:rsidR="005C78E8" w:rsidRDefault="005C78E8">
      <w:pPr>
        <w:rPr>
          <w:rFonts w:ascii="Montserrat" w:hAnsi="Montserrat"/>
          <w:b/>
          <w:color w:val="005480"/>
          <w:sz w:val="26"/>
        </w:rPr>
      </w:pPr>
    </w:p>
    <w:p w:rsidR="00D20209" w:rsidRDefault="00000000">
      <w:r>
        <w:rPr>
          <w:rFonts w:ascii="Montserrat" w:hAnsi="Montserrat"/>
          <w:b/>
          <w:color w:val="005480"/>
          <w:sz w:val="26"/>
        </w:rPr>
        <w:lastRenderedPageBreak/>
        <w:br/>
        <w:t>Ángulo: Plusvalía</w:t>
      </w:r>
    </w:p>
    <w:p w:rsidR="005C78E8" w:rsidRDefault="00000000">
      <w:pPr>
        <w:rPr>
          <w:rFonts w:ascii="Roboto" w:hAnsi="Roboto"/>
          <w:sz w:val="20"/>
        </w:rPr>
      </w:pPr>
      <w:r w:rsidRPr="005C78E8">
        <w:rPr>
          <w:rFonts w:ascii="Roboto" w:hAnsi="Roboto"/>
          <w:color w:val="EE0000"/>
          <w:sz w:val="20"/>
        </w:rPr>
        <w:t>Hook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gramStart"/>
      <w:r>
        <w:rPr>
          <w:rFonts w:ascii="Roboto" w:hAnsi="Roboto"/>
          <w:sz w:val="20"/>
        </w:rPr>
        <w:t>Los</w:t>
      </w:r>
      <w:proofErr w:type="gram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compran</w:t>
      </w:r>
      <w:proofErr w:type="spellEnd"/>
      <w:r>
        <w:rPr>
          <w:rFonts w:ascii="Roboto" w:hAnsi="Roboto"/>
          <w:sz w:val="20"/>
        </w:rPr>
        <w:t xml:space="preserve"> antes… son </w:t>
      </w:r>
      <w:proofErr w:type="spellStart"/>
      <w:r>
        <w:rPr>
          <w:rFonts w:ascii="Roboto" w:hAnsi="Roboto"/>
          <w:sz w:val="20"/>
        </w:rPr>
        <w:t>los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ganan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más</w:t>
      </w:r>
      <w:proofErr w:type="spellEnd"/>
    </w:p>
    <w:p w:rsidR="005C78E8" w:rsidRDefault="00000000">
      <w:pPr>
        <w:rPr>
          <w:rFonts w:ascii="Roboto" w:hAnsi="Roboto"/>
          <w:sz w:val="20"/>
        </w:rPr>
      </w:pPr>
      <w:r>
        <w:rPr>
          <w:rFonts w:ascii="Roboto" w:hAnsi="Roboto"/>
          <w:sz w:val="20"/>
        </w:rPr>
        <w:br/>
      </w:r>
      <w:proofErr w:type="spellStart"/>
      <w:r w:rsidRPr="005C78E8">
        <w:rPr>
          <w:rFonts w:ascii="Roboto" w:hAnsi="Roboto"/>
          <w:color w:val="EE0000"/>
          <w:sz w:val="20"/>
        </w:rPr>
        <w:t>Características</w:t>
      </w:r>
      <w:proofErr w:type="spellEnd"/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Desarrollo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crecimiento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Primeras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construcciones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visibles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Servicios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avanzando</w:t>
      </w:r>
      <w:proofErr w:type="spellEnd"/>
    </w:p>
    <w:p w:rsidR="00D20209" w:rsidRDefault="00000000">
      <w:r>
        <w:rPr>
          <w:rFonts w:ascii="Roboto" w:hAnsi="Roboto"/>
          <w:sz w:val="20"/>
        </w:rPr>
        <w:br/>
      </w:r>
      <w:r w:rsidRPr="005C78E8">
        <w:rPr>
          <w:rFonts w:ascii="Roboto" w:hAnsi="Roboto"/>
          <w:color w:val="EE0000"/>
          <w:sz w:val="20"/>
        </w:rPr>
        <w:t>CTA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Pide</w:t>
      </w:r>
      <w:proofErr w:type="spellEnd"/>
      <w:r>
        <w:rPr>
          <w:rFonts w:ascii="Roboto" w:hAnsi="Roboto"/>
          <w:sz w:val="20"/>
        </w:rPr>
        <w:t xml:space="preserve"> info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ve en qué etapa estás entrando</w:t>
      </w:r>
    </w:p>
    <w:p w:rsidR="00D20209" w:rsidRDefault="00000000">
      <w:r>
        <w:rPr>
          <w:rFonts w:ascii="Montserrat" w:hAnsi="Montserrat"/>
          <w:b/>
          <w:color w:val="005480"/>
          <w:sz w:val="26"/>
        </w:rPr>
        <w:br/>
        <w:t>Ángulo: Emocional</w:t>
      </w:r>
    </w:p>
    <w:p w:rsidR="005C78E8" w:rsidRDefault="00000000">
      <w:pPr>
        <w:rPr>
          <w:rFonts w:ascii="Roboto" w:hAnsi="Roboto"/>
          <w:sz w:val="20"/>
        </w:rPr>
      </w:pPr>
      <w:r w:rsidRPr="005C78E8">
        <w:rPr>
          <w:rFonts w:ascii="Roboto" w:hAnsi="Roboto"/>
          <w:color w:val="EE0000"/>
          <w:sz w:val="20"/>
        </w:rPr>
        <w:t>Hook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Dejar</w:t>
      </w:r>
      <w:proofErr w:type="spellEnd"/>
      <w:r>
        <w:rPr>
          <w:rFonts w:ascii="Roboto" w:hAnsi="Roboto"/>
          <w:sz w:val="20"/>
        </w:rPr>
        <w:t xml:space="preserve"> de </w:t>
      </w:r>
      <w:proofErr w:type="spellStart"/>
      <w:r>
        <w:rPr>
          <w:rFonts w:ascii="Roboto" w:hAnsi="Roboto"/>
          <w:sz w:val="20"/>
        </w:rPr>
        <w:t>rentar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empieza</w:t>
      </w:r>
      <w:proofErr w:type="spellEnd"/>
      <w:r>
        <w:rPr>
          <w:rFonts w:ascii="Roboto" w:hAnsi="Roboto"/>
          <w:sz w:val="20"/>
        </w:rPr>
        <w:t xml:space="preserve"> con </w:t>
      </w:r>
      <w:proofErr w:type="spellStart"/>
      <w:r>
        <w:rPr>
          <w:rFonts w:ascii="Roboto" w:hAnsi="Roboto"/>
          <w:sz w:val="20"/>
        </w:rPr>
        <w:t>esto</w:t>
      </w:r>
      <w:proofErr w:type="spellEnd"/>
    </w:p>
    <w:p w:rsidR="005C78E8" w:rsidRDefault="00000000">
      <w:pPr>
        <w:rPr>
          <w:rFonts w:ascii="Roboto" w:hAnsi="Roboto"/>
          <w:sz w:val="20"/>
        </w:rPr>
      </w:pPr>
      <w:r>
        <w:rPr>
          <w:rFonts w:ascii="Roboto" w:hAnsi="Roboto"/>
          <w:sz w:val="20"/>
        </w:rPr>
        <w:br/>
      </w:r>
      <w:proofErr w:type="spellStart"/>
      <w:r w:rsidRPr="005C78E8">
        <w:rPr>
          <w:rFonts w:ascii="Roboto" w:hAnsi="Roboto"/>
          <w:color w:val="EE0000"/>
          <w:sz w:val="20"/>
        </w:rPr>
        <w:t>Características</w:t>
      </w:r>
      <w:proofErr w:type="spellEnd"/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Espacio para </w:t>
      </w:r>
      <w:proofErr w:type="spellStart"/>
      <w:r>
        <w:rPr>
          <w:rFonts w:ascii="Roboto" w:hAnsi="Roboto"/>
          <w:sz w:val="20"/>
        </w:rPr>
        <w:t>tu</w:t>
      </w:r>
      <w:proofErr w:type="spellEnd"/>
      <w:r>
        <w:rPr>
          <w:rFonts w:ascii="Roboto" w:hAnsi="Roboto"/>
          <w:sz w:val="20"/>
        </w:rPr>
        <w:t xml:space="preserve"> casa (300 m²),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Agua disponible </w:t>
      </w:r>
      <w:proofErr w:type="spellStart"/>
      <w:r>
        <w:rPr>
          <w:rFonts w:ascii="Roboto" w:hAnsi="Roboto"/>
          <w:sz w:val="20"/>
        </w:rPr>
        <w:t>desde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inicio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Lugar </w:t>
      </w:r>
      <w:proofErr w:type="spellStart"/>
      <w:r>
        <w:rPr>
          <w:rFonts w:ascii="Roboto" w:hAnsi="Roboto"/>
          <w:sz w:val="20"/>
        </w:rPr>
        <w:t>seguro</w:t>
      </w:r>
      <w:proofErr w:type="spellEnd"/>
      <w:r>
        <w:rPr>
          <w:rFonts w:ascii="Roboto" w:hAnsi="Roboto"/>
          <w:sz w:val="20"/>
        </w:rPr>
        <w:t xml:space="preserve"> y </w:t>
      </w:r>
      <w:proofErr w:type="spellStart"/>
      <w:r>
        <w:rPr>
          <w:rFonts w:ascii="Roboto" w:hAnsi="Roboto"/>
          <w:sz w:val="20"/>
        </w:rPr>
        <w:t>definido</w:t>
      </w:r>
      <w:proofErr w:type="spellEnd"/>
    </w:p>
    <w:p w:rsidR="00D20209" w:rsidRDefault="00000000">
      <w:r>
        <w:rPr>
          <w:rFonts w:ascii="Roboto" w:hAnsi="Roboto"/>
          <w:sz w:val="20"/>
        </w:rPr>
        <w:br/>
      </w:r>
      <w:r w:rsidRPr="005C78E8">
        <w:rPr>
          <w:rFonts w:ascii="Roboto" w:hAnsi="Roboto"/>
          <w:color w:val="EE0000"/>
          <w:sz w:val="20"/>
        </w:rPr>
        <w:t>CTA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Mándame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mensaje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>] y te explico cómo empezar</w:t>
      </w:r>
    </w:p>
    <w:p w:rsidR="00D20209" w:rsidRDefault="00000000">
      <w:r>
        <w:rPr>
          <w:rFonts w:ascii="Montserrat" w:hAnsi="Montserrat"/>
          <w:b/>
          <w:color w:val="005480"/>
          <w:sz w:val="26"/>
        </w:rPr>
        <w:br/>
        <w:t>Ángulo: Urgencia</w:t>
      </w:r>
    </w:p>
    <w:p w:rsidR="005C78E8" w:rsidRDefault="00000000">
      <w:pPr>
        <w:rPr>
          <w:rFonts w:ascii="Roboto" w:hAnsi="Roboto"/>
          <w:sz w:val="20"/>
        </w:rPr>
      </w:pPr>
      <w:r w:rsidRPr="005C78E8">
        <w:rPr>
          <w:rFonts w:ascii="Roboto" w:hAnsi="Roboto"/>
          <w:color w:val="EE0000"/>
          <w:sz w:val="20"/>
        </w:rPr>
        <w:t>Hook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Cada </w:t>
      </w:r>
      <w:proofErr w:type="spellStart"/>
      <w:r>
        <w:rPr>
          <w:rFonts w:ascii="Roboto" w:hAnsi="Roboto"/>
          <w:sz w:val="20"/>
        </w:rPr>
        <w:t>semana</w:t>
      </w:r>
      <w:proofErr w:type="spellEnd"/>
      <w:r>
        <w:rPr>
          <w:rFonts w:ascii="Roboto" w:hAnsi="Roboto"/>
          <w:sz w:val="20"/>
        </w:rPr>
        <w:t xml:space="preserve"> hay </w:t>
      </w:r>
      <w:proofErr w:type="spellStart"/>
      <w:r>
        <w:rPr>
          <w:rFonts w:ascii="Roboto" w:hAnsi="Roboto"/>
          <w:sz w:val="20"/>
        </w:rPr>
        <w:t>menos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disponibles</w:t>
      </w:r>
      <w:proofErr w:type="spellEnd"/>
    </w:p>
    <w:p w:rsidR="005C78E8" w:rsidRDefault="00000000">
      <w:pPr>
        <w:rPr>
          <w:rFonts w:ascii="Roboto" w:hAnsi="Roboto"/>
          <w:sz w:val="20"/>
        </w:rPr>
      </w:pPr>
      <w:r>
        <w:rPr>
          <w:rFonts w:ascii="Roboto" w:hAnsi="Roboto"/>
          <w:sz w:val="20"/>
        </w:rPr>
        <w:br/>
      </w:r>
      <w:proofErr w:type="spellStart"/>
      <w:r w:rsidRPr="005C78E8">
        <w:rPr>
          <w:rFonts w:ascii="Roboto" w:hAnsi="Roboto"/>
          <w:color w:val="EE0000"/>
          <w:sz w:val="20"/>
        </w:rPr>
        <w:t>Características</w:t>
      </w:r>
      <w:proofErr w:type="spellEnd"/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Personas </w:t>
      </w:r>
      <w:proofErr w:type="spellStart"/>
      <w:r>
        <w:rPr>
          <w:rFonts w:ascii="Roboto" w:hAnsi="Roboto"/>
          <w:sz w:val="20"/>
        </w:rPr>
        <w:t>ya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comprando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Avance </w:t>
      </w:r>
      <w:proofErr w:type="spellStart"/>
      <w:r>
        <w:rPr>
          <w:rFonts w:ascii="Roboto" w:hAnsi="Roboto"/>
          <w:sz w:val="20"/>
        </w:rPr>
        <w:t>constante</w:t>
      </w:r>
      <w:proofErr w:type="spellEnd"/>
      <w:r>
        <w:rPr>
          <w:rFonts w:ascii="Roboto" w:hAnsi="Roboto"/>
          <w:sz w:val="20"/>
        </w:rPr>
        <w:t xml:space="preserve"> del </w:t>
      </w:r>
      <w:proofErr w:type="spellStart"/>
      <w:r>
        <w:rPr>
          <w:rFonts w:ascii="Roboto" w:hAnsi="Roboto"/>
          <w:sz w:val="20"/>
        </w:rPr>
        <w:t>desarrollo</w:t>
      </w:r>
      <w:proofErr w:type="spellEnd"/>
      <w:r>
        <w:rPr>
          <w:rFonts w:ascii="Roboto" w:hAnsi="Roboto"/>
          <w:sz w:val="20"/>
        </w:rPr>
        <w:t xml:space="preserve">,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✅ </w:t>
      </w:r>
      <w:proofErr w:type="spellStart"/>
      <w:r>
        <w:rPr>
          <w:rFonts w:ascii="Roboto" w:hAnsi="Roboto"/>
          <w:sz w:val="20"/>
        </w:rPr>
        <w:t>Opciones</w:t>
      </w:r>
      <w:proofErr w:type="spellEnd"/>
      <w:r>
        <w:rPr>
          <w:rFonts w:ascii="Roboto" w:hAnsi="Roboto"/>
          <w:sz w:val="20"/>
        </w:rPr>
        <w:t xml:space="preserve"> se van </w:t>
      </w:r>
      <w:proofErr w:type="spellStart"/>
      <w:r>
        <w:rPr>
          <w:rFonts w:ascii="Roboto" w:hAnsi="Roboto"/>
          <w:sz w:val="20"/>
        </w:rPr>
        <w:t>cerrando</w:t>
      </w:r>
      <w:proofErr w:type="spellEnd"/>
    </w:p>
    <w:p w:rsidR="00D20209" w:rsidRDefault="00000000">
      <w:r>
        <w:rPr>
          <w:rFonts w:ascii="Roboto" w:hAnsi="Roboto"/>
          <w:sz w:val="20"/>
        </w:rPr>
        <w:br/>
      </w:r>
      <w:r w:rsidRPr="005C78E8">
        <w:rPr>
          <w:rFonts w:ascii="Roboto" w:hAnsi="Roboto"/>
          <w:color w:val="EE0000"/>
          <w:sz w:val="20"/>
        </w:rPr>
        <w:t>CTA</w:t>
      </w:r>
      <w:r>
        <w:rPr>
          <w:rFonts w:ascii="Roboto" w:hAnsi="Roboto"/>
          <w:sz w:val="20"/>
        </w:rPr>
        <w:t xml:space="preserve">: </w:t>
      </w:r>
      <w:r w:rsidR="005C78E8">
        <w:rPr>
          <w:rFonts w:ascii="Roboto" w:hAnsi="Roboto"/>
          <w:sz w:val="20"/>
        </w:rPr>
        <w:br/>
      </w:r>
      <w:proofErr w:type="spellStart"/>
      <w:r>
        <w:rPr>
          <w:rFonts w:ascii="Roboto" w:hAnsi="Roboto"/>
          <w:sz w:val="20"/>
        </w:rPr>
        <w:t>Escríbeme</w:t>
      </w:r>
      <w:proofErr w:type="spellEnd"/>
      <w:r>
        <w:rPr>
          <w:rFonts w:ascii="Roboto" w:hAnsi="Roboto"/>
          <w:sz w:val="20"/>
        </w:rPr>
        <w:t xml:space="preserve"> al [</w:t>
      </w:r>
      <w:proofErr w:type="spellStart"/>
      <w:r>
        <w:rPr>
          <w:rFonts w:ascii="Roboto" w:hAnsi="Roboto"/>
          <w:sz w:val="20"/>
        </w:rPr>
        <w:t>número</w:t>
      </w:r>
      <w:proofErr w:type="spellEnd"/>
      <w:r>
        <w:rPr>
          <w:rFonts w:ascii="Roboto" w:hAnsi="Roboto"/>
          <w:sz w:val="20"/>
        </w:rPr>
        <w:t xml:space="preserve">] y </w:t>
      </w:r>
      <w:proofErr w:type="spellStart"/>
      <w:r>
        <w:rPr>
          <w:rFonts w:ascii="Roboto" w:hAnsi="Roboto"/>
          <w:sz w:val="20"/>
        </w:rPr>
        <w:t>te</w:t>
      </w:r>
      <w:proofErr w:type="spellEnd"/>
      <w:r>
        <w:rPr>
          <w:rFonts w:ascii="Roboto" w:hAnsi="Roboto"/>
          <w:sz w:val="20"/>
        </w:rPr>
        <w:t xml:space="preserve"> paso lo que queda hoy</w:t>
      </w:r>
    </w:p>
    <w:p w:rsidR="00D20209" w:rsidRDefault="00000000">
      <w:r>
        <w:rPr>
          <w:rFonts w:ascii="Montserrat" w:hAnsi="Montserrat"/>
          <w:b/>
          <w:color w:val="005480"/>
          <w:sz w:val="28"/>
        </w:rPr>
        <w:lastRenderedPageBreak/>
        <w:br/>
        <w:t>LISTA DE HOOKS PARA ALTERNAR</w:t>
      </w:r>
    </w:p>
    <w:p w:rsidR="00D20209" w:rsidRDefault="00000000">
      <w:r>
        <w:rPr>
          <w:rFonts w:ascii="Roboto" w:hAnsi="Roboto"/>
          <w:b/>
        </w:rPr>
        <w:t>Ángulo: Realidad</w:t>
      </w:r>
      <w:r>
        <w:rPr>
          <w:rFonts w:ascii="Roboto" w:hAnsi="Roboto"/>
          <w:b/>
        </w:rPr>
        <w:br/>
      </w:r>
      <w:r>
        <w:rPr>
          <w:rFonts w:ascii="Roboto" w:hAnsi="Roboto"/>
          <w:sz w:val="20"/>
        </w:rPr>
        <w:t>La mayoría de terrenos no se pueden usar… este sí / Esto no es promesa… es lo que ya existe</w:t>
      </w:r>
    </w:p>
    <w:p w:rsidR="00D20209" w:rsidRDefault="00000000">
      <w:proofErr w:type="spellStart"/>
      <w:r>
        <w:rPr>
          <w:rFonts w:ascii="Roboto" w:hAnsi="Roboto"/>
          <w:b/>
        </w:rPr>
        <w:t>Ángulo</w:t>
      </w:r>
      <w:proofErr w:type="spellEnd"/>
      <w:r>
        <w:rPr>
          <w:rFonts w:ascii="Roboto" w:hAnsi="Roboto"/>
          <w:b/>
        </w:rPr>
        <w:t xml:space="preserve">: </w:t>
      </w:r>
      <w:proofErr w:type="spellStart"/>
      <w:r>
        <w:rPr>
          <w:rFonts w:ascii="Roboto" w:hAnsi="Roboto"/>
          <w:b/>
        </w:rPr>
        <w:t>Seguridad</w:t>
      </w:r>
      <w:proofErr w:type="spellEnd"/>
      <w:r>
        <w:rPr>
          <w:rFonts w:ascii="Roboto" w:hAnsi="Roboto"/>
          <w:b/>
        </w:rPr>
        <w:br/>
      </w:r>
      <w:r>
        <w:rPr>
          <w:rFonts w:ascii="Roboto" w:hAnsi="Roboto"/>
          <w:sz w:val="20"/>
        </w:rPr>
        <w:t xml:space="preserve">Si no </w:t>
      </w:r>
      <w:proofErr w:type="spellStart"/>
      <w:r>
        <w:rPr>
          <w:rFonts w:ascii="Roboto" w:hAnsi="Roboto"/>
          <w:sz w:val="20"/>
        </w:rPr>
        <w:t>puedes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validar</w:t>
      </w:r>
      <w:proofErr w:type="spellEnd"/>
      <w:r>
        <w:rPr>
          <w:rFonts w:ascii="Roboto" w:hAnsi="Roboto"/>
          <w:sz w:val="20"/>
        </w:rPr>
        <w:t xml:space="preserve"> un </w:t>
      </w:r>
      <w:proofErr w:type="spellStart"/>
      <w:r>
        <w:rPr>
          <w:rFonts w:ascii="Roboto" w:hAnsi="Roboto"/>
          <w:sz w:val="20"/>
        </w:rPr>
        <w:t>terreno</w:t>
      </w:r>
      <w:proofErr w:type="spellEnd"/>
      <w:r>
        <w:rPr>
          <w:rFonts w:ascii="Roboto" w:hAnsi="Roboto"/>
          <w:sz w:val="20"/>
        </w:rPr>
        <w:t xml:space="preserve">, no lo </w:t>
      </w:r>
      <w:proofErr w:type="spellStart"/>
      <w:r>
        <w:rPr>
          <w:rFonts w:ascii="Roboto" w:hAnsi="Roboto"/>
          <w:sz w:val="20"/>
        </w:rPr>
        <w:t>compres</w:t>
      </w:r>
      <w:proofErr w:type="spellEnd"/>
      <w:r>
        <w:rPr>
          <w:rFonts w:ascii="Roboto" w:hAnsi="Roboto"/>
          <w:sz w:val="20"/>
        </w:rPr>
        <w:t xml:space="preserve">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El </w:t>
      </w:r>
      <w:proofErr w:type="spellStart"/>
      <w:r>
        <w:rPr>
          <w:rFonts w:ascii="Roboto" w:hAnsi="Roboto"/>
          <w:sz w:val="20"/>
        </w:rPr>
        <w:t>problema</w:t>
      </w:r>
      <w:proofErr w:type="spellEnd"/>
      <w:r>
        <w:rPr>
          <w:rFonts w:ascii="Roboto" w:hAnsi="Roboto"/>
          <w:sz w:val="20"/>
        </w:rPr>
        <w:t xml:space="preserve"> no es </w:t>
      </w:r>
      <w:proofErr w:type="spellStart"/>
      <w:r>
        <w:rPr>
          <w:rFonts w:ascii="Roboto" w:hAnsi="Roboto"/>
          <w:sz w:val="20"/>
        </w:rPr>
        <w:t>el</w:t>
      </w:r>
      <w:proofErr w:type="spellEnd"/>
      <w:r>
        <w:rPr>
          <w:rFonts w:ascii="Roboto" w:hAnsi="Roboto"/>
          <w:sz w:val="20"/>
        </w:rPr>
        <w:t xml:space="preserve"> terreno… es no saber si es legal</w:t>
      </w:r>
    </w:p>
    <w:p w:rsidR="00D20209" w:rsidRDefault="00000000">
      <w:proofErr w:type="spellStart"/>
      <w:r>
        <w:rPr>
          <w:rFonts w:ascii="Roboto" w:hAnsi="Roboto"/>
          <w:b/>
        </w:rPr>
        <w:t>Ángulo</w:t>
      </w:r>
      <w:proofErr w:type="spellEnd"/>
      <w:r>
        <w:rPr>
          <w:rFonts w:ascii="Roboto" w:hAnsi="Roboto"/>
          <w:b/>
        </w:rPr>
        <w:t xml:space="preserve">: </w:t>
      </w:r>
      <w:proofErr w:type="spellStart"/>
      <w:r>
        <w:rPr>
          <w:rFonts w:ascii="Roboto" w:hAnsi="Roboto"/>
          <w:b/>
        </w:rPr>
        <w:t>Plusvalía</w:t>
      </w:r>
      <w:proofErr w:type="spellEnd"/>
      <w:r>
        <w:rPr>
          <w:rFonts w:ascii="Roboto" w:hAnsi="Roboto"/>
          <w:b/>
        </w:rPr>
        <w:br/>
      </w:r>
      <w:r>
        <w:rPr>
          <w:rFonts w:ascii="Roboto" w:hAnsi="Roboto"/>
          <w:sz w:val="20"/>
        </w:rPr>
        <w:t xml:space="preserve">El dinero se </w:t>
      </w:r>
      <w:proofErr w:type="spellStart"/>
      <w:r>
        <w:rPr>
          <w:rFonts w:ascii="Roboto" w:hAnsi="Roboto"/>
          <w:sz w:val="20"/>
        </w:rPr>
        <w:t>gana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cuando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compras</w:t>
      </w:r>
      <w:proofErr w:type="spellEnd"/>
      <w:r>
        <w:rPr>
          <w:rFonts w:ascii="Roboto" w:hAnsi="Roboto"/>
          <w:sz w:val="20"/>
        </w:rPr>
        <w:t xml:space="preserve"> bien, no </w:t>
      </w:r>
      <w:proofErr w:type="spellStart"/>
      <w:r>
        <w:rPr>
          <w:rFonts w:ascii="Roboto" w:hAnsi="Roboto"/>
          <w:sz w:val="20"/>
        </w:rPr>
        <w:t>después</w:t>
      </w:r>
      <w:proofErr w:type="spellEnd"/>
      <w:r>
        <w:rPr>
          <w:rFonts w:ascii="Roboto" w:hAnsi="Roboto"/>
          <w:sz w:val="20"/>
        </w:rPr>
        <w:t xml:space="preserve"> </w:t>
      </w:r>
      <w:r w:rsidR="005C78E8">
        <w:rPr>
          <w:rFonts w:ascii="Roboto" w:hAnsi="Roboto"/>
          <w:sz w:val="20"/>
        </w:rPr>
        <w:br/>
      </w:r>
      <w:proofErr w:type="gramStart"/>
      <w:r>
        <w:rPr>
          <w:rFonts w:ascii="Roboto" w:hAnsi="Roboto"/>
          <w:sz w:val="20"/>
        </w:rPr>
        <w:t>Los</w:t>
      </w:r>
      <w:proofErr w:type="gram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llegan</w:t>
      </w:r>
      <w:proofErr w:type="spellEnd"/>
      <w:r>
        <w:rPr>
          <w:rFonts w:ascii="Roboto" w:hAnsi="Roboto"/>
          <w:sz w:val="20"/>
        </w:rPr>
        <w:t xml:space="preserve"> primero no preguntan por precio</w:t>
      </w:r>
    </w:p>
    <w:p w:rsidR="00D20209" w:rsidRDefault="00000000">
      <w:r>
        <w:rPr>
          <w:rFonts w:ascii="Roboto" w:hAnsi="Roboto"/>
          <w:b/>
        </w:rPr>
        <w:t>Ángulo: Emocional</w:t>
      </w:r>
      <w:r>
        <w:rPr>
          <w:rFonts w:ascii="Roboto" w:hAnsi="Roboto"/>
          <w:b/>
        </w:rPr>
        <w:br/>
      </w:r>
      <w:r>
        <w:rPr>
          <w:rFonts w:ascii="Roboto" w:hAnsi="Roboto"/>
          <w:sz w:val="20"/>
        </w:rPr>
        <w:t xml:space="preserve">No es un terreno… es donde empieza tu casa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 Seguir rentando también es una decisión</w:t>
      </w:r>
    </w:p>
    <w:p w:rsidR="00D20209" w:rsidRDefault="00000000">
      <w:proofErr w:type="spellStart"/>
      <w:r>
        <w:rPr>
          <w:rFonts w:ascii="Roboto" w:hAnsi="Roboto"/>
          <w:b/>
        </w:rPr>
        <w:t>Ángulo</w:t>
      </w:r>
      <w:proofErr w:type="spellEnd"/>
      <w:r>
        <w:rPr>
          <w:rFonts w:ascii="Roboto" w:hAnsi="Roboto"/>
          <w:b/>
        </w:rPr>
        <w:t xml:space="preserve">: </w:t>
      </w:r>
      <w:proofErr w:type="spellStart"/>
      <w:r>
        <w:rPr>
          <w:rFonts w:ascii="Roboto" w:hAnsi="Roboto"/>
          <w:b/>
        </w:rPr>
        <w:t>Urgencia</w:t>
      </w:r>
      <w:proofErr w:type="spellEnd"/>
      <w:r>
        <w:rPr>
          <w:rFonts w:ascii="Roboto" w:hAnsi="Roboto"/>
          <w:b/>
        </w:rPr>
        <w:br/>
      </w:r>
      <w:r>
        <w:rPr>
          <w:rFonts w:ascii="Roboto" w:hAnsi="Roboto"/>
          <w:sz w:val="20"/>
        </w:rPr>
        <w:t xml:space="preserve">Los </w:t>
      </w:r>
      <w:proofErr w:type="spellStart"/>
      <w:r>
        <w:rPr>
          <w:rFonts w:ascii="Roboto" w:hAnsi="Roboto"/>
          <w:sz w:val="20"/>
        </w:rPr>
        <w:t>mejores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no </w:t>
      </w:r>
      <w:proofErr w:type="spellStart"/>
      <w:r>
        <w:rPr>
          <w:rFonts w:ascii="Roboto" w:hAnsi="Roboto"/>
          <w:sz w:val="20"/>
        </w:rPr>
        <w:t>duran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semanas</w:t>
      </w:r>
      <w:proofErr w:type="spellEnd"/>
      <w:r>
        <w:rPr>
          <w:rFonts w:ascii="Roboto" w:hAnsi="Roboto"/>
          <w:sz w:val="20"/>
        </w:rPr>
        <w:t xml:space="preserve"> </w:t>
      </w:r>
      <w:r w:rsidR="005C78E8"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t xml:space="preserve">Lo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hoy </w:t>
      </w:r>
      <w:proofErr w:type="spellStart"/>
      <w:r>
        <w:rPr>
          <w:rFonts w:ascii="Roboto" w:hAnsi="Roboto"/>
          <w:sz w:val="20"/>
        </w:rPr>
        <w:t>está</w:t>
      </w:r>
      <w:proofErr w:type="spellEnd"/>
      <w:r>
        <w:rPr>
          <w:rFonts w:ascii="Roboto" w:hAnsi="Roboto"/>
          <w:sz w:val="20"/>
        </w:rPr>
        <w:t xml:space="preserve"> disponible, mañana no</w:t>
      </w:r>
    </w:p>
    <w:p w:rsidR="00D20209" w:rsidRDefault="00000000">
      <w:pPr>
        <w:spacing w:before="400"/>
      </w:pPr>
      <w:r>
        <w:rPr>
          <w:rFonts w:ascii="Roboto" w:hAnsi="Roboto"/>
          <w:b/>
          <w:color w:val="006600"/>
        </w:rPr>
        <w:t xml:space="preserve">💡 </w:t>
      </w:r>
      <w:r w:rsidRPr="005C78E8">
        <w:rPr>
          <w:rFonts w:ascii="Roboto" w:hAnsi="Roboto"/>
          <w:bCs/>
          <w:i/>
          <w:iCs/>
          <w:color w:val="006600"/>
        </w:rPr>
        <w:t>Tip de Conversión: Combina estos textos con imágenes específicas por ángulo para disparar los resultados.</w:t>
      </w:r>
    </w:p>
    <w:sectPr w:rsidR="00D20209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6012F" w:rsidRDefault="00D6012F">
      <w:pPr>
        <w:spacing w:after="0" w:line="240" w:lineRule="auto"/>
      </w:pPr>
      <w:r>
        <w:separator/>
      </w:r>
    </w:p>
  </w:endnote>
  <w:endnote w:type="continuationSeparator" w:id="0">
    <w:p w:rsidR="00D6012F" w:rsidRDefault="00D60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47B" w:usb2="00000000" w:usb3="00000000" w:csb0="00000197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6012F" w:rsidRDefault="00D6012F">
      <w:pPr>
        <w:spacing w:after="0" w:line="240" w:lineRule="auto"/>
      </w:pPr>
      <w:r>
        <w:separator/>
      </w:r>
    </w:p>
  </w:footnote>
  <w:footnote w:type="continuationSeparator" w:id="0">
    <w:p w:rsidR="00D6012F" w:rsidRDefault="00D60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0209" w:rsidRPr="005C78E8" w:rsidRDefault="005C78E8" w:rsidP="005C78E8">
    <w:pPr>
      <w:pStyle w:val="Encabezado"/>
      <w:jc w:val="right"/>
    </w:pPr>
    <w:r w:rsidRPr="00AF370A">
      <w:rPr>
        <w:noProof/>
      </w:rPr>
      <w:drawing>
        <wp:inline distT="0" distB="0" distL="0" distR="0" wp14:anchorId="49032474" wp14:editId="189A4BA3">
          <wp:extent cx="1130300" cy="304800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25593909">
    <w:abstractNumId w:val="8"/>
  </w:num>
  <w:num w:numId="2" w16cid:durableId="1392465865">
    <w:abstractNumId w:val="6"/>
  </w:num>
  <w:num w:numId="3" w16cid:durableId="1329677281">
    <w:abstractNumId w:val="5"/>
  </w:num>
  <w:num w:numId="4" w16cid:durableId="1792438461">
    <w:abstractNumId w:val="4"/>
  </w:num>
  <w:num w:numId="5" w16cid:durableId="859585723">
    <w:abstractNumId w:val="7"/>
  </w:num>
  <w:num w:numId="6" w16cid:durableId="1862892546">
    <w:abstractNumId w:val="3"/>
  </w:num>
  <w:num w:numId="7" w16cid:durableId="505901557">
    <w:abstractNumId w:val="2"/>
  </w:num>
  <w:num w:numId="8" w16cid:durableId="234823396">
    <w:abstractNumId w:val="1"/>
  </w:num>
  <w:num w:numId="9" w16cid:durableId="1481460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C78E8"/>
    <w:rsid w:val="00AA1D8D"/>
    <w:rsid w:val="00B47730"/>
    <w:rsid w:val="00CB0664"/>
    <w:rsid w:val="00D20209"/>
    <w:rsid w:val="00D6012F"/>
    <w:rsid w:val="00E2026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EFC0FBA"/>
  <w14:defaultImageDpi w14:val="300"/>
  <w15:docId w15:val="{CA41FEB5-5817-244E-8712-BE1A6BD9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313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Ezequiel Marquez</cp:lastModifiedBy>
  <cp:revision>2</cp:revision>
  <dcterms:created xsi:type="dcterms:W3CDTF">2013-12-23T23:15:00Z</dcterms:created>
  <dcterms:modified xsi:type="dcterms:W3CDTF">2026-04-19T06:43:00Z</dcterms:modified>
  <cp:category/>
</cp:coreProperties>
</file>