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8377D" w:rsidRDefault="00000000" w:rsidP="00242602">
      <w:r>
        <w:rPr>
          <w:rFonts w:ascii="Montserrat" w:hAnsi="Montserrat"/>
          <w:b/>
          <w:color w:val="005480"/>
          <w:sz w:val="36"/>
        </w:rPr>
        <w:t>GUÍA PRÁCTICA: EJEMPLOS DEL ANUNCIO PERFECTO</w:t>
      </w:r>
    </w:p>
    <w:p w:rsidR="0028377D" w:rsidRDefault="00000000">
      <w:r>
        <w:rPr>
          <w:rFonts w:ascii="Roboto" w:hAnsi="Roboto"/>
          <w:b/>
          <w:sz w:val="24"/>
        </w:rPr>
        <w:t>Guía Práctica: Ejemplos del Anuncio Perfecto</w:t>
      </w:r>
    </w:p>
    <w:p w:rsidR="0028377D" w:rsidRDefault="00000000">
      <w:r>
        <w:rPr>
          <w:rFonts w:ascii="Montserrat" w:hAnsi="Montserrat"/>
          <w:b/>
          <w:color w:val="005480"/>
          <w:sz w:val="28"/>
        </w:rPr>
        <w:br/>
        <w:t>Copy 1</w:t>
      </w:r>
    </w:p>
    <w:p w:rsidR="0028377D" w:rsidRDefault="00000000">
      <w:proofErr w:type="spellStart"/>
      <w:r>
        <w:rPr>
          <w:rFonts w:ascii="Roboto" w:hAnsi="Roboto"/>
          <w:sz w:val="20"/>
        </w:rPr>
        <w:t>Terrenos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ya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puedes</w:t>
      </w:r>
      <w:proofErr w:type="spellEnd"/>
      <w:r>
        <w:rPr>
          <w:rFonts w:ascii="Roboto" w:hAnsi="Roboto"/>
          <w:sz w:val="20"/>
        </w:rPr>
        <w:t xml:space="preserve"> usar… no </w:t>
      </w:r>
      <w:proofErr w:type="spellStart"/>
      <w:r>
        <w:rPr>
          <w:rFonts w:ascii="Roboto" w:hAnsi="Roboto"/>
          <w:sz w:val="20"/>
        </w:rPr>
        <w:t>en</w:t>
      </w:r>
      <w:proofErr w:type="spellEnd"/>
      <w:r>
        <w:rPr>
          <w:rFonts w:ascii="Roboto" w:hAnsi="Roboto"/>
          <w:sz w:val="20"/>
        </w:rPr>
        <w:t xml:space="preserve"> “un </w:t>
      </w:r>
      <w:proofErr w:type="spellStart"/>
      <w:r>
        <w:rPr>
          <w:rFonts w:ascii="Roboto" w:hAnsi="Roboto"/>
          <w:sz w:val="20"/>
        </w:rPr>
        <w:t>futuro</w:t>
      </w:r>
      <w:proofErr w:type="spellEnd"/>
      <w:r>
        <w:rPr>
          <w:rFonts w:ascii="Roboto" w:hAnsi="Roboto"/>
          <w:sz w:val="20"/>
        </w:rPr>
        <w:t>”</w:t>
      </w:r>
      <w:r>
        <w:rPr>
          <w:rFonts w:ascii="Roboto" w:hAnsi="Roboto"/>
          <w:sz w:val="20"/>
        </w:rPr>
        <w:br/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300 m² </w:t>
      </w:r>
      <w:proofErr w:type="spellStart"/>
      <w:r>
        <w:rPr>
          <w:rFonts w:ascii="Roboto" w:hAnsi="Roboto"/>
          <w:sz w:val="20"/>
        </w:rPr>
        <w:t>listos</w:t>
      </w:r>
      <w:proofErr w:type="spellEnd"/>
      <w:r>
        <w:rPr>
          <w:rFonts w:ascii="Roboto" w:hAnsi="Roboto"/>
          <w:sz w:val="20"/>
        </w:rPr>
        <w:t xml:space="preserve"> para </w:t>
      </w:r>
      <w:proofErr w:type="spellStart"/>
      <w:r>
        <w:rPr>
          <w:rFonts w:ascii="Roboto" w:hAnsi="Roboto"/>
          <w:sz w:val="20"/>
        </w:rPr>
        <w:t>construir</w:t>
      </w:r>
      <w:proofErr w:type="spellEnd"/>
      <w:r>
        <w:rPr>
          <w:rFonts w:ascii="Roboto" w:hAnsi="Roboto"/>
          <w:sz w:val="20"/>
        </w:rPr>
        <w:t xml:space="preserve">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Agua a pie de </w:t>
      </w:r>
      <w:proofErr w:type="spellStart"/>
      <w:r>
        <w:rPr>
          <w:rFonts w:ascii="Roboto" w:hAnsi="Roboto"/>
          <w:sz w:val="20"/>
        </w:rPr>
        <w:t>lote</w:t>
      </w:r>
      <w:proofErr w:type="spellEnd"/>
      <w:r>
        <w:rPr>
          <w:rFonts w:ascii="Roboto" w:hAnsi="Roboto"/>
          <w:sz w:val="20"/>
        </w:rPr>
        <w:t xml:space="preserve">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Calles </w:t>
      </w:r>
      <w:proofErr w:type="spellStart"/>
      <w:r>
        <w:rPr>
          <w:rFonts w:ascii="Roboto" w:hAnsi="Roboto"/>
          <w:sz w:val="20"/>
        </w:rPr>
        <w:t>ya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trazadas</w:t>
      </w:r>
      <w:proofErr w:type="spellEnd"/>
      <w:r>
        <w:rPr>
          <w:rFonts w:ascii="Roboto" w:hAnsi="Roboto"/>
          <w:sz w:val="20"/>
        </w:rPr>
        <w:br/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Manda </w:t>
      </w:r>
      <w:proofErr w:type="spellStart"/>
      <w:r>
        <w:rPr>
          <w:rFonts w:ascii="Roboto" w:hAnsi="Roboto"/>
          <w:sz w:val="20"/>
        </w:rPr>
        <w:t>mensaje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>] y te paso ubicación y disponibilidad</w:t>
      </w:r>
    </w:p>
    <w:p w:rsidR="0028377D" w:rsidRDefault="00000000">
      <w:r>
        <w:rPr>
          <w:rFonts w:ascii="Montserrat" w:hAnsi="Montserrat"/>
          <w:b/>
          <w:color w:val="005480"/>
          <w:sz w:val="28"/>
        </w:rPr>
        <w:br/>
        <w:t>Copy 2</w:t>
      </w:r>
    </w:p>
    <w:p w:rsidR="0028377D" w:rsidRDefault="00000000">
      <w:proofErr w:type="spellStart"/>
      <w:r>
        <w:rPr>
          <w:rFonts w:ascii="Roboto" w:hAnsi="Roboto"/>
          <w:sz w:val="20"/>
        </w:rPr>
        <w:t>Aquí</w:t>
      </w:r>
      <w:proofErr w:type="spellEnd"/>
      <w:r>
        <w:rPr>
          <w:rFonts w:ascii="Roboto" w:hAnsi="Roboto"/>
          <w:sz w:val="20"/>
        </w:rPr>
        <w:t xml:space="preserve"> no </w:t>
      </w:r>
      <w:proofErr w:type="spellStart"/>
      <w:r>
        <w:rPr>
          <w:rFonts w:ascii="Roboto" w:hAnsi="Roboto"/>
          <w:sz w:val="20"/>
        </w:rPr>
        <w:t>compras</w:t>
      </w:r>
      <w:proofErr w:type="spellEnd"/>
      <w:r>
        <w:rPr>
          <w:rFonts w:ascii="Roboto" w:hAnsi="Roboto"/>
          <w:sz w:val="20"/>
        </w:rPr>
        <w:t xml:space="preserve"> a </w:t>
      </w:r>
      <w:proofErr w:type="spellStart"/>
      <w:r>
        <w:rPr>
          <w:rFonts w:ascii="Roboto" w:hAnsi="Roboto"/>
          <w:sz w:val="20"/>
        </w:rPr>
        <w:t>ciegas</w:t>
      </w:r>
      <w:proofErr w:type="spellEnd"/>
      <w:r>
        <w:rPr>
          <w:rFonts w:ascii="Roboto" w:hAnsi="Roboto"/>
          <w:sz w:val="20"/>
        </w:rPr>
        <w:br/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Contrato</w:t>
      </w:r>
      <w:proofErr w:type="spellEnd"/>
      <w:r>
        <w:rPr>
          <w:rFonts w:ascii="Roboto" w:hAnsi="Roboto"/>
          <w:sz w:val="20"/>
        </w:rPr>
        <w:t xml:space="preserve"> formal </w:t>
      </w:r>
      <w:proofErr w:type="spellStart"/>
      <w:r>
        <w:rPr>
          <w:rFonts w:ascii="Roboto" w:hAnsi="Roboto"/>
          <w:sz w:val="20"/>
        </w:rPr>
        <w:t>desde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el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inicio</w:t>
      </w:r>
      <w:proofErr w:type="spellEnd"/>
      <w:r>
        <w:rPr>
          <w:rFonts w:ascii="Roboto" w:hAnsi="Roboto"/>
          <w:sz w:val="20"/>
        </w:rPr>
        <w:t xml:space="preserve">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Certificado</w:t>
      </w:r>
      <w:proofErr w:type="spellEnd"/>
      <w:r>
        <w:rPr>
          <w:rFonts w:ascii="Roboto" w:hAnsi="Roboto"/>
          <w:sz w:val="20"/>
        </w:rPr>
        <w:t xml:space="preserve"> de </w:t>
      </w:r>
      <w:proofErr w:type="spellStart"/>
      <w:r>
        <w:rPr>
          <w:rFonts w:ascii="Roboto" w:hAnsi="Roboto"/>
          <w:sz w:val="20"/>
        </w:rPr>
        <w:t>libertad</w:t>
      </w:r>
      <w:proofErr w:type="spellEnd"/>
      <w:r>
        <w:rPr>
          <w:rFonts w:ascii="Roboto" w:hAnsi="Roboto"/>
          <w:sz w:val="20"/>
        </w:rPr>
        <w:t xml:space="preserve"> de gravamen,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Expediente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listo</w:t>
      </w:r>
      <w:proofErr w:type="spellEnd"/>
      <w:r>
        <w:rPr>
          <w:rFonts w:ascii="Roboto" w:hAnsi="Roboto"/>
          <w:sz w:val="20"/>
        </w:rPr>
        <w:t xml:space="preserve"> para </w:t>
      </w:r>
      <w:r w:rsidR="00242602">
        <w:rPr>
          <w:rFonts w:ascii="Roboto" w:hAnsi="Roboto"/>
          <w:sz w:val="20"/>
        </w:rPr>
        <w:t>Validar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Escríbeme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 xml:space="preserve">] y </w:t>
      </w:r>
      <w:proofErr w:type="spellStart"/>
      <w:r>
        <w:rPr>
          <w:rFonts w:ascii="Roboto" w:hAnsi="Roboto"/>
          <w:sz w:val="20"/>
        </w:rPr>
        <w:t>te</w:t>
      </w:r>
      <w:proofErr w:type="spellEnd"/>
      <w:r>
        <w:rPr>
          <w:rFonts w:ascii="Roboto" w:hAnsi="Roboto"/>
          <w:sz w:val="20"/>
        </w:rPr>
        <w:t xml:space="preserve"> paso toda la información</w:t>
      </w:r>
    </w:p>
    <w:p w:rsidR="0028377D" w:rsidRDefault="00000000">
      <w:r>
        <w:rPr>
          <w:rFonts w:ascii="Montserrat" w:hAnsi="Montserrat"/>
          <w:b/>
          <w:color w:val="005480"/>
          <w:sz w:val="28"/>
        </w:rPr>
        <w:br/>
        <w:t>Copy 3</w:t>
      </w:r>
    </w:p>
    <w:p w:rsidR="0028377D" w:rsidRDefault="00000000">
      <w:r>
        <w:rPr>
          <w:rFonts w:ascii="Roboto" w:hAnsi="Roboto"/>
          <w:sz w:val="20"/>
        </w:rPr>
        <w:t xml:space="preserve">No es </w:t>
      </w:r>
      <w:proofErr w:type="spellStart"/>
      <w:r>
        <w:rPr>
          <w:rFonts w:ascii="Roboto" w:hAnsi="Roboto"/>
          <w:sz w:val="20"/>
        </w:rPr>
        <w:t>terreno</w:t>
      </w:r>
      <w:proofErr w:type="spellEnd"/>
      <w:r>
        <w:rPr>
          <w:rFonts w:ascii="Roboto" w:hAnsi="Roboto"/>
          <w:sz w:val="20"/>
        </w:rPr>
        <w:t xml:space="preserve"> de </w:t>
      </w:r>
      <w:proofErr w:type="spellStart"/>
      <w:r>
        <w:rPr>
          <w:rFonts w:ascii="Roboto" w:hAnsi="Roboto"/>
          <w:sz w:val="20"/>
        </w:rPr>
        <w:t>inversión</w:t>
      </w:r>
      <w:proofErr w:type="spellEnd"/>
      <w:r>
        <w:rPr>
          <w:rFonts w:ascii="Roboto" w:hAnsi="Roboto"/>
          <w:sz w:val="20"/>
        </w:rPr>
        <w:t xml:space="preserve">… es </w:t>
      </w:r>
      <w:proofErr w:type="spellStart"/>
      <w:r>
        <w:rPr>
          <w:rFonts w:ascii="Roboto" w:hAnsi="Roboto"/>
          <w:sz w:val="20"/>
        </w:rPr>
        <w:t>terreno</w:t>
      </w:r>
      <w:proofErr w:type="spellEnd"/>
      <w:r>
        <w:rPr>
          <w:rFonts w:ascii="Roboto" w:hAnsi="Roboto"/>
          <w:sz w:val="20"/>
        </w:rPr>
        <w:t xml:space="preserve"> usable</w:t>
      </w:r>
      <w:r>
        <w:rPr>
          <w:rFonts w:ascii="Roboto" w:hAnsi="Roboto"/>
          <w:sz w:val="20"/>
        </w:rPr>
        <w:br/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Agua disponible </w:t>
      </w:r>
      <w:proofErr w:type="spellStart"/>
      <w:r>
        <w:rPr>
          <w:rFonts w:ascii="Roboto" w:hAnsi="Roboto"/>
          <w:sz w:val="20"/>
        </w:rPr>
        <w:t>desde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ya</w:t>
      </w:r>
      <w:proofErr w:type="spellEnd"/>
      <w:r>
        <w:rPr>
          <w:rFonts w:ascii="Roboto" w:hAnsi="Roboto"/>
          <w:sz w:val="20"/>
        </w:rPr>
        <w:t xml:space="preserve">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Zonas </w:t>
      </w:r>
      <w:proofErr w:type="spellStart"/>
      <w:r>
        <w:rPr>
          <w:rFonts w:ascii="Roboto" w:hAnsi="Roboto"/>
          <w:sz w:val="20"/>
        </w:rPr>
        <w:t>delimitadas</w:t>
      </w:r>
      <w:proofErr w:type="spellEnd"/>
      <w:r>
        <w:rPr>
          <w:rFonts w:ascii="Roboto" w:hAnsi="Roboto"/>
          <w:sz w:val="20"/>
        </w:rPr>
        <w:t xml:space="preserve">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Acceso</w:t>
      </w:r>
      <w:proofErr w:type="spellEnd"/>
      <w:r>
        <w:rPr>
          <w:rFonts w:ascii="Roboto" w:hAnsi="Roboto"/>
          <w:sz w:val="20"/>
        </w:rPr>
        <w:t xml:space="preserve"> claro al </w:t>
      </w:r>
      <w:r w:rsidR="00242602">
        <w:rPr>
          <w:rFonts w:ascii="Roboto" w:hAnsi="Roboto"/>
          <w:sz w:val="20"/>
        </w:rPr>
        <w:t>Desarrollo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Pide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detalles</w:t>
      </w:r>
      <w:proofErr w:type="spellEnd"/>
      <w:r>
        <w:rPr>
          <w:rFonts w:ascii="Roboto" w:hAnsi="Roboto"/>
          <w:sz w:val="20"/>
        </w:rPr>
        <w:t xml:space="preserve"> al [número]</w:t>
      </w:r>
    </w:p>
    <w:p w:rsidR="00242602" w:rsidRDefault="00242602">
      <w:pPr>
        <w:rPr>
          <w:rFonts w:ascii="Montserrat" w:hAnsi="Montserrat"/>
          <w:b/>
          <w:color w:val="005480"/>
          <w:sz w:val="28"/>
        </w:rPr>
      </w:pPr>
    </w:p>
    <w:p w:rsidR="00242602" w:rsidRDefault="00242602">
      <w:pPr>
        <w:rPr>
          <w:rFonts w:ascii="Montserrat" w:hAnsi="Montserrat"/>
          <w:b/>
          <w:color w:val="005480"/>
          <w:sz w:val="28"/>
        </w:rPr>
      </w:pPr>
    </w:p>
    <w:p w:rsidR="0028377D" w:rsidRDefault="00000000">
      <w:r>
        <w:rPr>
          <w:rFonts w:ascii="Montserrat" w:hAnsi="Montserrat"/>
          <w:b/>
          <w:color w:val="005480"/>
          <w:sz w:val="28"/>
        </w:rPr>
        <w:lastRenderedPageBreak/>
        <w:br/>
        <w:t>Copy 4</w:t>
      </w:r>
    </w:p>
    <w:p w:rsidR="0028377D" w:rsidRDefault="00000000">
      <w:proofErr w:type="spellStart"/>
      <w:r>
        <w:rPr>
          <w:rFonts w:ascii="Roboto" w:hAnsi="Roboto"/>
          <w:sz w:val="20"/>
        </w:rPr>
        <w:t>Desde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entras</w:t>
      </w:r>
      <w:proofErr w:type="spellEnd"/>
      <w:r>
        <w:rPr>
          <w:rFonts w:ascii="Roboto" w:hAnsi="Roboto"/>
          <w:sz w:val="20"/>
        </w:rPr>
        <w:t xml:space="preserve"> sabes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es </w:t>
      </w:r>
      <w:proofErr w:type="spellStart"/>
      <w:r>
        <w:rPr>
          <w:rFonts w:ascii="Roboto" w:hAnsi="Roboto"/>
          <w:sz w:val="20"/>
        </w:rPr>
        <w:t>diferente</w:t>
      </w:r>
      <w:proofErr w:type="spellEnd"/>
      <w:r>
        <w:rPr>
          <w:rFonts w:ascii="Roboto" w:hAnsi="Roboto"/>
          <w:sz w:val="20"/>
        </w:rPr>
        <w:br/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Caseta</w:t>
      </w:r>
      <w:proofErr w:type="spellEnd"/>
      <w:r>
        <w:rPr>
          <w:rFonts w:ascii="Roboto" w:hAnsi="Roboto"/>
          <w:sz w:val="20"/>
        </w:rPr>
        <w:t xml:space="preserve"> de </w:t>
      </w:r>
      <w:proofErr w:type="spellStart"/>
      <w:r>
        <w:rPr>
          <w:rFonts w:ascii="Roboto" w:hAnsi="Roboto"/>
          <w:sz w:val="20"/>
        </w:rPr>
        <w:t>acceso</w:t>
      </w:r>
      <w:proofErr w:type="spellEnd"/>
      <w:r>
        <w:rPr>
          <w:rFonts w:ascii="Roboto" w:hAnsi="Roboto"/>
          <w:sz w:val="20"/>
        </w:rPr>
        <w:t xml:space="preserve">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Cámaras</w:t>
      </w:r>
      <w:proofErr w:type="spellEnd"/>
      <w:r>
        <w:rPr>
          <w:rFonts w:ascii="Roboto" w:hAnsi="Roboto"/>
          <w:sz w:val="20"/>
        </w:rPr>
        <w:t xml:space="preserve"> 24/7,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Desarrollo </w:t>
      </w:r>
      <w:proofErr w:type="spellStart"/>
      <w:r>
        <w:rPr>
          <w:rFonts w:ascii="Roboto" w:hAnsi="Roboto"/>
          <w:sz w:val="20"/>
        </w:rPr>
        <w:t>en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crecimiento</w:t>
      </w:r>
      <w:proofErr w:type="spellEnd"/>
      <w:r>
        <w:rPr>
          <w:rFonts w:ascii="Roboto" w:hAnsi="Roboto"/>
          <w:sz w:val="20"/>
        </w:rPr>
        <w:t xml:space="preserve"> real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Mándame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mensaje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>] y te explico cómo visitarlo</w:t>
      </w:r>
    </w:p>
    <w:p w:rsidR="0028377D" w:rsidRDefault="00000000">
      <w:r>
        <w:rPr>
          <w:rFonts w:ascii="Montserrat" w:hAnsi="Montserrat"/>
          <w:b/>
          <w:color w:val="005480"/>
          <w:sz w:val="28"/>
        </w:rPr>
        <w:br/>
        <w:t>Copy 5</w:t>
      </w:r>
    </w:p>
    <w:p w:rsidR="00242602" w:rsidRDefault="00000000">
      <w:pPr>
        <w:rPr>
          <w:rFonts w:ascii="Roboto" w:hAnsi="Roboto"/>
          <w:sz w:val="20"/>
        </w:rPr>
      </w:pPr>
      <w:r>
        <w:rPr>
          <w:rFonts w:ascii="Roboto" w:hAnsi="Roboto"/>
          <w:sz w:val="20"/>
        </w:rPr>
        <w:t xml:space="preserve">Hook: Compra donde ya hay </w:t>
      </w:r>
      <w:proofErr w:type="spellStart"/>
      <w:r>
        <w:rPr>
          <w:rFonts w:ascii="Roboto" w:hAnsi="Roboto"/>
          <w:sz w:val="20"/>
        </w:rPr>
        <w:t>movimiento</w:t>
      </w:r>
      <w:proofErr w:type="spellEnd"/>
      <w:r>
        <w:rPr>
          <w:rFonts w:ascii="Roboto" w:hAnsi="Roboto"/>
          <w:sz w:val="20"/>
        </w:rPr>
        <w:t xml:space="preserve">, no </w:t>
      </w:r>
      <w:proofErr w:type="spellStart"/>
      <w:r>
        <w:rPr>
          <w:rFonts w:ascii="Roboto" w:hAnsi="Roboto"/>
          <w:sz w:val="20"/>
        </w:rPr>
        <w:t>promesas</w:t>
      </w:r>
      <w:proofErr w:type="spellEnd"/>
    </w:p>
    <w:p w:rsidR="0028377D" w:rsidRDefault="00000000">
      <w:r>
        <w:rPr>
          <w:rFonts w:ascii="Roboto" w:hAnsi="Roboto"/>
          <w:sz w:val="20"/>
        </w:rPr>
        <w:br/>
        <w:t xml:space="preserve">✅ </w:t>
      </w:r>
      <w:proofErr w:type="spellStart"/>
      <w:r>
        <w:rPr>
          <w:rFonts w:ascii="Roboto" w:hAnsi="Roboto"/>
          <w:sz w:val="20"/>
        </w:rPr>
        <w:t>Terrenos</w:t>
      </w:r>
      <w:proofErr w:type="spellEnd"/>
      <w:r>
        <w:rPr>
          <w:rFonts w:ascii="Roboto" w:hAnsi="Roboto"/>
          <w:sz w:val="20"/>
        </w:rPr>
        <w:t xml:space="preserve"> de 300 m²,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Avances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visibles</w:t>
      </w:r>
      <w:proofErr w:type="spellEnd"/>
      <w:r>
        <w:rPr>
          <w:rFonts w:ascii="Roboto" w:hAnsi="Roboto"/>
          <w:sz w:val="20"/>
        </w:rPr>
        <w:t xml:space="preserve">, 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Servicios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en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proceso</w:t>
      </w:r>
      <w:proofErr w:type="spellEnd"/>
      <w:r>
        <w:rPr>
          <w:rFonts w:ascii="Roboto" w:hAnsi="Roboto"/>
          <w:sz w:val="20"/>
        </w:rPr>
        <w:t xml:space="preserve"> real</w:t>
      </w:r>
      <w:r w:rsidR="00242602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Escríbeme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>] y te paso lo disponible</w:t>
      </w:r>
    </w:p>
    <w:p w:rsidR="0028377D" w:rsidRPr="00242602" w:rsidRDefault="00000000">
      <w:pPr>
        <w:spacing w:before="400"/>
        <w:rPr>
          <w:bCs/>
          <w:i/>
          <w:iCs/>
        </w:rPr>
      </w:pPr>
      <w:r w:rsidRPr="00242602">
        <w:rPr>
          <w:rFonts w:ascii="Roboto" w:hAnsi="Roboto"/>
          <w:bCs/>
          <w:i/>
          <w:iCs/>
          <w:color w:val="800000"/>
        </w:rPr>
        <w:t>IMPORTANTE: Recuerda siempre utilizar videos o fotos acordes a lo que muestras, aquí mismo hay varias que ya puedes utilizar.</w:t>
      </w:r>
    </w:p>
    <w:sectPr w:rsidR="0028377D" w:rsidRPr="00242602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C2888" w:rsidRDefault="008C2888">
      <w:pPr>
        <w:spacing w:after="0" w:line="240" w:lineRule="auto"/>
      </w:pPr>
      <w:r>
        <w:separator/>
      </w:r>
    </w:p>
  </w:endnote>
  <w:endnote w:type="continuationSeparator" w:id="0">
    <w:p w:rsidR="008C2888" w:rsidRDefault="008C2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tserrat">
    <w:panose1 w:val="00000000000000000000"/>
    <w:charset w:val="4D"/>
    <w:family w:val="auto"/>
    <w:pitch w:val="variable"/>
    <w:sig w:usb0="A00002FF" w:usb1="4000247B" w:usb2="00000000" w:usb3="00000000" w:csb0="00000197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C2888" w:rsidRDefault="008C2888">
      <w:pPr>
        <w:spacing w:after="0" w:line="240" w:lineRule="auto"/>
      </w:pPr>
      <w:r>
        <w:separator/>
      </w:r>
    </w:p>
  </w:footnote>
  <w:footnote w:type="continuationSeparator" w:id="0">
    <w:p w:rsidR="008C2888" w:rsidRDefault="008C2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8377D" w:rsidRDefault="00242602">
    <w:pPr>
      <w:pStyle w:val="Encabezado"/>
      <w:jc w:val="right"/>
    </w:pPr>
    <w:r w:rsidRPr="00AF370A">
      <w:rPr>
        <w:noProof/>
      </w:rPr>
      <w:drawing>
        <wp:inline distT="0" distB="0" distL="0" distR="0" wp14:anchorId="76215363" wp14:editId="7788E856">
          <wp:extent cx="1130300" cy="304800"/>
          <wp:effectExtent l="0" t="0" r="0" b="0"/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59441715">
    <w:abstractNumId w:val="8"/>
  </w:num>
  <w:num w:numId="2" w16cid:durableId="1347440012">
    <w:abstractNumId w:val="6"/>
  </w:num>
  <w:num w:numId="3" w16cid:durableId="53431895">
    <w:abstractNumId w:val="5"/>
  </w:num>
  <w:num w:numId="4" w16cid:durableId="229970562">
    <w:abstractNumId w:val="4"/>
  </w:num>
  <w:num w:numId="5" w16cid:durableId="523399211">
    <w:abstractNumId w:val="7"/>
  </w:num>
  <w:num w:numId="6" w16cid:durableId="1162627467">
    <w:abstractNumId w:val="3"/>
  </w:num>
  <w:num w:numId="7" w16cid:durableId="1993214928">
    <w:abstractNumId w:val="2"/>
  </w:num>
  <w:num w:numId="8" w16cid:durableId="603075081">
    <w:abstractNumId w:val="1"/>
  </w:num>
  <w:num w:numId="9" w16cid:durableId="836654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2602"/>
    <w:rsid w:val="0028377D"/>
    <w:rsid w:val="0029639D"/>
    <w:rsid w:val="00326F90"/>
    <w:rsid w:val="008C2888"/>
    <w:rsid w:val="00AA1D8D"/>
    <w:rsid w:val="00B47730"/>
    <w:rsid w:val="00CB0664"/>
    <w:rsid w:val="00E2026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5B3B72"/>
  <w14:defaultImageDpi w14:val="300"/>
  <w15:docId w15:val="{CA41FEB5-5817-244E-8712-BE1A6BD9A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Ezequiel Marquez</cp:lastModifiedBy>
  <cp:revision>2</cp:revision>
  <dcterms:created xsi:type="dcterms:W3CDTF">2026-04-19T06:49:00Z</dcterms:created>
  <dcterms:modified xsi:type="dcterms:W3CDTF">2026-04-19T06:49:00Z</dcterms:modified>
  <cp:category/>
</cp:coreProperties>
</file>