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1F90" w:rsidRDefault="00000000" w:rsidP="00C743D6">
      <w:r>
        <w:rPr>
          <w:rFonts w:ascii="Montserrat" w:hAnsi="Montserrat"/>
          <w:b/>
          <w:color w:val="005480"/>
          <w:sz w:val="36"/>
        </w:rPr>
        <w:t>MANUAL DE CIERRE Y CONFIRMACIÓN DE VISITAS</w:t>
      </w:r>
    </w:p>
    <w:p w:rsidR="001B1F90" w:rsidRDefault="00000000">
      <w:r>
        <w:rPr>
          <w:rFonts w:ascii="Roboto" w:hAnsi="Roboto"/>
          <w:b/>
          <w:sz w:val="24"/>
        </w:rPr>
        <w:t>Técnica de Doble Alternativa y Protocolo de Llamada</w:t>
      </w:r>
    </w:p>
    <w:p w:rsidR="001B1F90" w:rsidRDefault="00000000">
      <w:r>
        <w:rPr>
          <w:rFonts w:ascii="Montserrat" w:hAnsi="Montserrat"/>
          <w:b/>
          <w:color w:val="005480"/>
          <w:sz w:val="28"/>
        </w:rPr>
        <w:br/>
        <w:t>1. Cierre Doble Alternativa (WhatsApp)</w:t>
      </w:r>
    </w:p>
    <w:p w:rsidR="001B1F90" w:rsidRDefault="00000000">
      <w:r>
        <w:rPr>
          <w:rFonts w:ascii="Roboto" w:hAnsi="Roboto"/>
          <w:sz w:val="20"/>
        </w:rPr>
        <w:t>Tipo de mensaje: Directo a acción (pero guiado)</w:t>
      </w:r>
      <w:r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  <w:t>Script sugerido:</w:t>
      </w:r>
      <w:r>
        <w:rPr>
          <w:rFonts w:ascii="Roboto" w:hAnsi="Roboto"/>
          <w:sz w:val="20"/>
        </w:rPr>
        <w:br/>
        <w:t>“Para que realmente te haga sentido hay que verlo en persona. Estoy llevando personas esta semana, ¿se te acomoda más entre semana o fin de semana?”</w:t>
      </w:r>
      <w:r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  <w:t>Si dice “fin de semana”:</w:t>
      </w:r>
      <w:r>
        <w:rPr>
          <w:rFonts w:ascii="Roboto" w:hAnsi="Roboto"/>
          <w:sz w:val="20"/>
        </w:rPr>
        <w:br/>
        <w:t>“Perfecto. Tengo sábado a las 10 am o 1 pm, ¿cuál te queda mejor?”</w:t>
      </w:r>
      <w:r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  <w:t>Si dice “entre semana”:</w:t>
      </w:r>
      <w:r>
        <w:rPr>
          <w:rFonts w:ascii="Roboto" w:hAnsi="Roboto"/>
          <w:sz w:val="20"/>
        </w:rPr>
        <w:br/>
        <w:t>“Va. Tengo martes 4 pm o jueves 5 pm, ¿cuál te funciona mejor?”</w:t>
      </w:r>
    </w:p>
    <w:p w:rsidR="001B1F90" w:rsidRDefault="00000000">
      <w:r>
        <w:rPr>
          <w:rFonts w:ascii="Roboto" w:hAnsi="Roboto"/>
          <w:b/>
          <w:sz w:val="20"/>
        </w:rPr>
        <w:t>Clave: Nunca dejes la pregunta abierta. Siempre das opciones cerradas -&gt; eso obliga a una decisión simple.</w:t>
      </w:r>
    </w:p>
    <w:p w:rsidR="001B1F90" w:rsidRDefault="00000000">
      <w:r>
        <w:rPr>
          <w:rFonts w:ascii="Montserrat" w:hAnsi="Montserrat"/>
          <w:b/>
          <w:color w:val="005480"/>
          <w:sz w:val="28"/>
        </w:rPr>
        <w:br/>
        <w:t>2. Confirmación vía llamada breve</w:t>
      </w:r>
    </w:p>
    <w:p w:rsidR="001B1F90" w:rsidRDefault="00000000">
      <w:r>
        <w:rPr>
          <w:rFonts w:ascii="Roboto" w:hAnsi="Roboto"/>
          <w:sz w:val="20"/>
        </w:rPr>
        <w:t>Si no confirmas bien, no llegan. Después de agendar por WhatsApp, establece el compromiso:</w:t>
      </w:r>
      <w:r>
        <w:rPr>
          <w:rFonts w:ascii="Roboto" w:hAnsi="Roboto"/>
          <w:sz w:val="20"/>
        </w:rPr>
        <w:br/>
        <w:t>“Va, te agendo entonces 👍 Para ubicarte bien y no hacerte perder la vuelta, te marco rápido mañana, son 2 min”</w:t>
      </w:r>
    </w:p>
    <w:p w:rsidR="001B1F90" w:rsidRDefault="00000000">
      <w:r>
        <w:rPr>
          <w:rFonts w:ascii="Montserrat" w:hAnsi="Montserrat"/>
          <w:b/>
          <w:sz w:val="24"/>
        </w:rPr>
        <w:br/>
        <w:t xml:space="preserve">Guion de </w:t>
      </w:r>
      <w:proofErr w:type="spellStart"/>
      <w:r>
        <w:rPr>
          <w:rFonts w:ascii="Montserrat" w:hAnsi="Montserrat"/>
          <w:b/>
          <w:sz w:val="24"/>
        </w:rPr>
        <w:t>Llamada</w:t>
      </w:r>
      <w:proofErr w:type="spellEnd"/>
      <w:r>
        <w:rPr>
          <w:rFonts w:ascii="Montserrat" w:hAnsi="Montserrat"/>
          <w:b/>
          <w:sz w:val="24"/>
        </w:rPr>
        <w:t xml:space="preserve"> </w:t>
      </w:r>
      <w:r w:rsidR="00C743D6">
        <w:rPr>
          <w:rFonts w:ascii="Montserrat" w:hAnsi="Montserrat"/>
          <w:b/>
          <w:sz w:val="24"/>
        </w:rPr>
        <w:t xml:space="preserve">de </w:t>
      </w:r>
      <w:proofErr w:type="spellStart"/>
      <w:r w:rsidR="00C743D6">
        <w:rPr>
          <w:rFonts w:ascii="Montserrat" w:hAnsi="Montserrat"/>
          <w:b/>
          <w:sz w:val="24"/>
        </w:rPr>
        <w:t>cortesía</w:t>
      </w:r>
      <w:proofErr w:type="spellEnd"/>
      <w:r w:rsidR="00C743D6">
        <w:rPr>
          <w:rFonts w:ascii="Montserrat" w:hAnsi="Montserrat"/>
          <w:b/>
          <w:sz w:val="24"/>
        </w:rPr>
        <w:t xml:space="preserve"> </w:t>
      </w:r>
      <w:r>
        <w:rPr>
          <w:rFonts w:ascii="Montserrat" w:hAnsi="Montserrat"/>
          <w:b/>
          <w:sz w:val="24"/>
        </w:rPr>
        <w:t>(</w:t>
      </w:r>
      <w:proofErr w:type="spellStart"/>
      <w:r>
        <w:rPr>
          <w:rFonts w:ascii="Montserrat" w:hAnsi="Montserrat"/>
          <w:b/>
          <w:sz w:val="24"/>
        </w:rPr>
        <w:t>Máx</w:t>
      </w:r>
      <w:proofErr w:type="spellEnd"/>
      <w:r>
        <w:rPr>
          <w:rFonts w:ascii="Montserrat" w:hAnsi="Montserrat"/>
          <w:b/>
          <w:sz w:val="24"/>
        </w:rPr>
        <w:t>. 2 min)</w:t>
      </w:r>
    </w:p>
    <w:p w:rsidR="001B1F90" w:rsidRDefault="00000000">
      <w:r w:rsidRPr="00C743D6">
        <w:rPr>
          <w:rFonts w:ascii="Roboto" w:hAnsi="Roboto"/>
          <w:i/>
          <w:iCs/>
          <w:sz w:val="20"/>
        </w:rPr>
        <w:t>• Inicio:</w:t>
      </w:r>
      <w:r>
        <w:rPr>
          <w:rFonts w:ascii="Roboto" w:hAnsi="Roboto"/>
          <w:sz w:val="20"/>
        </w:rPr>
        <w:t xml:space="preserve"> “Hola [</w:t>
      </w:r>
      <w:proofErr w:type="spellStart"/>
      <w:r>
        <w:rPr>
          <w:rFonts w:ascii="Roboto" w:hAnsi="Roboto"/>
          <w:sz w:val="20"/>
        </w:rPr>
        <w:t>nombre</w:t>
      </w:r>
      <w:proofErr w:type="spellEnd"/>
      <w:r>
        <w:rPr>
          <w:rFonts w:ascii="Roboto" w:hAnsi="Roboto"/>
          <w:sz w:val="20"/>
        </w:rPr>
        <w:t xml:space="preserve">], soy </w:t>
      </w:r>
      <w:proofErr w:type="spellStart"/>
      <w:r>
        <w:rPr>
          <w:rFonts w:ascii="Roboto" w:hAnsi="Roboto"/>
          <w:sz w:val="20"/>
        </w:rPr>
        <w:t>el</w:t>
      </w:r>
      <w:proofErr w:type="spellEnd"/>
      <w:r w:rsidR="00C743D6">
        <w:rPr>
          <w:rFonts w:ascii="Roboto" w:hAnsi="Roboto"/>
          <w:sz w:val="20"/>
        </w:rPr>
        <w:t xml:space="preserve"> (la) </w:t>
      </w:r>
      <w:r>
        <w:rPr>
          <w:rFonts w:ascii="Roboto" w:hAnsi="Roboto"/>
          <w:sz w:val="20"/>
        </w:rPr>
        <w:t>de l</w:t>
      </w:r>
      <w:proofErr w:type="spellStart"/>
      <w:r>
        <w:rPr>
          <w:rFonts w:ascii="Roboto" w:hAnsi="Roboto"/>
          <w:sz w:val="20"/>
        </w:rPr>
        <w:t>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terrenos</w:t>
      </w:r>
      <w:proofErr w:type="spellEnd"/>
      <w:r>
        <w:rPr>
          <w:rFonts w:ascii="Roboto" w:hAnsi="Roboto"/>
          <w:sz w:val="20"/>
        </w:rPr>
        <w:t xml:space="preserve"> del KM 33. Te marco rápido por lo de tu visita”.</w:t>
      </w:r>
      <w:r>
        <w:rPr>
          <w:rFonts w:ascii="Roboto" w:hAnsi="Roboto"/>
          <w:sz w:val="20"/>
        </w:rPr>
        <w:br/>
        <w:t xml:space="preserve">• </w:t>
      </w:r>
      <w:r w:rsidRPr="00C743D6">
        <w:rPr>
          <w:rFonts w:ascii="Roboto" w:hAnsi="Roboto"/>
          <w:i/>
          <w:iCs/>
          <w:sz w:val="20"/>
        </w:rPr>
        <w:t>Reconfirmas intención:</w:t>
      </w:r>
      <w:r>
        <w:rPr>
          <w:rFonts w:ascii="Roboto" w:hAnsi="Roboto"/>
          <w:sz w:val="20"/>
        </w:rPr>
        <w:t xml:space="preserve"> “¿Lo sigues viendo para [construir/inversión] verdad?”.</w:t>
      </w:r>
      <w:r>
        <w:rPr>
          <w:rFonts w:ascii="Roboto" w:hAnsi="Roboto"/>
          <w:sz w:val="20"/>
        </w:rPr>
        <w:br/>
        <w:t xml:space="preserve">• </w:t>
      </w:r>
      <w:r w:rsidRPr="00C743D6">
        <w:rPr>
          <w:rFonts w:ascii="Roboto" w:hAnsi="Roboto"/>
          <w:i/>
          <w:iCs/>
          <w:sz w:val="20"/>
        </w:rPr>
        <w:t>Refuerzas valor:</w:t>
      </w:r>
      <w:r>
        <w:rPr>
          <w:rFonts w:ascii="Roboto" w:hAnsi="Roboto"/>
          <w:sz w:val="20"/>
        </w:rPr>
        <w:t xml:space="preserve"> “Perfecto, justo te va a servir verlo porque ya hay avances reales y no es como otros terrenos que has visto”.</w:t>
      </w:r>
      <w:r>
        <w:rPr>
          <w:rFonts w:ascii="Roboto" w:hAnsi="Roboto"/>
          <w:sz w:val="20"/>
        </w:rPr>
        <w:br/>
        <w:t xml:space="preserve">• </w:t>
      </w:r>
      <w:r w:rsidRPr="00C743D6">
        <w:rPr>
          <w:rFonts w:ascii="Roboto" w:hAnsi="Roboto"/>
          <w:i/>
          <w:iCs/>
          <w:sz w:val="20"/>
        </w:rPr>
        <w:t>Logística:</w:t>
      </w:r>
      <w:r>
        <w:rPr>
          <w:rFonts w:ascii="Roboto" w:hAnsi="Roboto"/>
          <w:sz w:val="20"/>
        </w:rPr>
        <w:t xml:space="preserve"> “Nos vemos el [día] a [hora], te voy a mandar ubicación exacta y punto de encuentro”.</w:t>
      </w:r>
      <w:r>
        <w:rPr>
          <w:rFonts w:ascii="Roboto" w:hAnsi="Roboto"/>
          <w:sz w:val="20"/>
        </w:rPr>
        <w:br/>
      </w:r>
      <w:r w:rsidRPr="00C743D6">
        <w:rPr>
          <w:rFonts w:ascii="Roboto" w:hAnsi="Roboto"/>
          <w:i/>
          <w:iCs/>
          <w:sz w:val="20"/>
        </w:rPr>
        <w:t>• Micro compromiso (Clave):</w:t>
      </w:r>
      <w:r>
        <w:rPr>
          <w:rFonts w:ascii="Roboto" w:hAnsi="Roboto"/>
          <w:sz w:val="20"/>
        </w:rPr>
        <w:t xml:space="preserve"> “¿Vienes tú solo o alguien más te acompaña?”.</w:t>
      </w:r>
      <w:r>
        <w:rPr>
          <w:rFonts w:ascii="Roboto" w:hAnsi="Roboto"/>
          <w:sz w:val="20"/>
        </w:rPr>
        <w:br/>
        <w:t xml:space="preserve">• </w:t>
      </w:r>
      <w:r w:rsidRPr="00C743D6">
        <w:rPr>
          <w:rFonts w:ascii="Roboto" w:hAnsi="Roboto"/>
          <w:i/>
          <w:iCs/>
          <w:sz w:val="20"/>
        </w:rPr>
        <w:t>Cierre:</w:t>
      </w:r>
      <w:r>
        <w:rPr>
          <w:rFonts w:ascii="Roboto" w:hAnsi="Roboto"/>
          <w:sz w:val="20"/>
        </w:rPr>
        <w:t xml:space="preserve"> “Perfecto, entonces te veo ese día, cualquier cosa me avisas con tiempo 👍”.</w:t>
      </w:r>
    </w:p>
    <w:p w:rsidR="00C743D6" w:rsidRDefault="00C743D6">
      <w:pPr>
        <w:rPr>
          <w:rFonts w:ascii="Montserrat" w:hAnsi="Montserrat"/>
          <w:b/>
          <w:color w:val="005480"/>
          <w:sz w:val="28"/>
        </w:rPr>
      </w:pPr>
    </w:p>
    <w:p w:rsidR="001B1F90" w:rsidRDefault="00000000">
      <w:r>
        <w:rPr>
          <w:rFonts w:ascii="Montserrat" w:hAnsi="Montserrat"/>
          <w:b/>
          <w:color w:val="005480"/>
          <w:sz w:val="28"/>
        </w:rPr>
        <w:lastRenderedPageBreak/>
        <w:br/>
        <w:t>3. Mensaje el mismo día (Recordatorio)</w:t>
      </w:r>
    </w:p>
    <w:p w:rsidR="001B1F90" w:rsidRDefault="00C743D6">
      <w:r>
        <w:rPr>
          <w:rFonts w:ascii="Roboto" w:hAnsi="Roboto"/>
          <w:sz w:val="20"/>
        </w:rPr>
        <w:t xml:space="preserve">IMPORTANTE: Esta </w:t>
      </w:r>
      <w:proofErr w:type="spellStart"/>
      <w:r>
        <w:rPr>
          <w:rFonts w:ascii="Roboto" w:hAnsi="Roboto"/>
          <w:sz w:val="20"/>
        </w:rPr>
        <w:t>llamada</w:t>
      </w:r>
      <w:proofErr w:type="spellEnd"/>
      <w:r>
        <w:rPr>
          <w:rFonts w:ascii="Roboto" w:hAnsi="Roboto"/>
          <w:sz w:val="20"/>
        </w:rPr>
        <w:t xml:space="preserve"> se </w:t>
      </w:r>
      <w:proofErr w:type="spellStart"/>
      <w:r>
        <w:rPr>
          <w:rFonts w:ascii="Roboto" w:hAnsi="Roboto"/>
          <w:sz w:val="20"/>
        </w:rPr>
        <w:t>debe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hacer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un </w:t>
      </w:r>
      <w:proofErr w:type="spellStart"/>
      <w:r>
        <w:rPr>
          <w:rFonts w:ascii="Roboto" w:hAnsi="Roboto"/>
          <w:sz w:val="20"/>
        </w:rPr>
        <w:t>estidado</w:t>
      </w:r>
      <w:proofErr w:type="spellEnd"/>
      <w:r>
        <w:rPr>
          <w:rFonts w:ascii="Roboto" w:hAnsi="Roboto"/>
          <w:sz w:val="20"/>
        </w:rPr>
        <w:t xml:space="preserve"> de 2 </w:t>
      </w:r>
      <w:proofErr w:type="gramStart"/>
      <w:r>
        <w:rPr>
          <w:rFonts w:ascii="Roboto" w:hAnsi="Roboto"/>
          <w:sz w:val="20"/>
        </w:rPr>
        <w:t>a 4 horas</w:t>
      </w:r>
      <w:proofErr w:type="gramEnd"/>
      <w:r>
        <w:rPr>
          <w:rFonts w:ascii="Roboto" w:hAnsi="Roboto"/>
          <w:sz w:val="20"/>
        </w:rPr>
        <w:t xml:space="preserve"> antes de la visita </w:t>
      </w:r>
      <w:proofErr w:type="spellStart"/>
      <w:r>
        <w:rPr>
          <w:rFonts w:ascii="Roboto" w:hAnsi="Roboto"/>
          <w:sz w:val="20"/>
        </w:rPr>
        <w:t>acordada</w:t>
      </w:r>
      <w:proofErr w:type="spellEnd"/>
      <w:r>
        <w:rPr>
          <w:rFonts w:ascii="Roboto" w:hAnsi="Roboto"/>
          <w:sz w:val="20"/>
        </w:rPr>
        <w:t xml:space="preserve">, </w:t>
      </w:r>
      <w:proofErr w:type="spellStart"/>
      <w:r>
        <w:rPr>
          <w:rFonts w:ascii="Roboto" w:hAnsi="Roboto"/>
          <w:sz w:val="20"/>
        </w:rPr>
        <w:t>así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organizas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tus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horarios</w:t>
      </w:r>
      <w:proofErr w:type="spellEnd"/>
      <w:r>
        <w:rPr>
          <w:rFonts w:ascii="Roboto" w:hAnsi="Roboto"/>
          <w:sz w:val="20"/>
        </w:rPr>
        <w:t xml:space="preserve"> y </w:t>
      </w:r>
      <w:proofErr w:type="spellStart"/>
      <w:r>
        <w:rPr>
          <w:rFonts w:ascii="Roboto" w:hAnsi="Roboto"/>
          <w:sz w:val="20"/>
        </w:rPr>
        <w:t>demuestras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profesionalismo</w:t>
      </w:r>
      <w:proofErr w:type="spellEnd"/>
      <w:r>
        <w:rPr>
          <w:rFonts w:ascii="Roboto" w:hAnsi="Roboto"/>
          <w:sz w:val="20"/>
        </w:rPr>
        <w:t xml:space="preserve">. </w:t>
      </w:r>
      <w:r>
        <w:rPr>
          <w:rFonts w:ascii="Roboto" w:hAnsi="Roboto"/>
          <w:sz w:val="20"/>
        </w:rPr>
        <w:br/>
        <w:t xml:space="preserve">Si </w:t>
      </w:r>
      <w:proofErr w:type="spellStart"/>
      <w:r>
        <w:rPr>
          <w:rFonts w:ascii="Roboto" w:hAnsi="Roboto"/>
          <w:sz w:val="20"/>
        </w:rPr>
        <w:t>haces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ver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que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respetas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tus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tiempos</w:t>
      </w:r>
      <w:proofErr w:type="spellEnd"/>
      <w:r>
        <w:rPr>
          <w:rFonts w:ascii="Roboto" w:hAnsi="Roboto"/>
          <w:sz w:val="20"/>
        </w:rPr>
        <w:t xml:space="preserve">, </w:t>
      </w:r>
      <w:proofErr w:type="spellStart"/>
      <w:r>
        <w:rPr>
          <w:rFonts w:ascii="Roboto" w:hAnsi="Roboto"/>
          <w:sz w:val="20"/>
        </w:rPr>
        <w:t>te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respetarán</w:t>
      </w:r>
      <w:proofErr w:type="spellEnd"/>
      <w:r>
        <w:rPr>
          <w:rFonts w:ascii="Roboto" w:hAnsi="Roboto"/>
          <w:sz w:val="20"/>
        </w:rPr>
        <w:t xml:space="preserve"> a </w:t>
      </w:r>
      <w:proofErr w:type="spellStart"/>
      <w:r>
        <w:rPr>
          <w:rFonts w:ascii="Roboto" w:hAnsi="Roboto"/>
          <w:sz w:val="20"/>
        </w:rPr>
        <w:t>ti</w:t>
      </w:r>
      <w:proofErr w:type="spellEnd"/>
      <w:r>
        <w:rPr>
          <w:rFonts w:ascii="Roboto" w:hAnsi="Roboto"/>
          <w:sz w:val="20"/>
        </w:rPr>
        <w:t xml:space="preserve">. </w:t>
      </w:r>
      <w:r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r w:rsidR="00000000">
        <w:rPr>
          <w:rFonts w:ascii="Roboto" w:hAnsi="Roboto"/>
          <w:sz w:val="20"/>
        </w:rPr>
        <w:t xml:space="preserve">“Hoy </w:t>
      </w:r>
      <w:proofErr w:type="spellStart"/>
      <w:r w:rsidR="00000000">
        <w:rPr>
          <w:rFonts w:ascii="Roboto" w:hAnsi="Roboto"/>
          <w:sz w:val="20"/>
        </w:rPr>
        <w:t>nos</w:t>
      </w:r>
      <w:proofErr w:type="spellEnd"/>
      <w:r w:rsidR="00000000">
        <w:rPr>
          <w:rFonts w:ascii="Roboto" w:hAnsi="Roboto"/>
          <w:sz w:val="20"/>
        </w:rPr>
        <w:t xml:space="preserve"> </w:t>
      </w:r>
      <w:proofErr w:type="spellStart"/>
      <w:r w:rsidR="00000000">
        <w:rPr>
          <w:rFonts w:ascii="Roboto" w:hAnsi="Roboto"/>
          <w:sz w:val="20"/>
        </w:rPr>
        <w:t>vemos</w:t>
      </w:r>
      <w:proofErr w:type="spellEnd"/>
      <w:r w:rsidR="00000000">
        <w:rPr>
          <w:rFonts w:ascii="Roboto" w:hAnsi="Roboto"/>
          <w:sz w:val="20"/>
        </w:rPr>
        <w:t xml:space="preserve"> a las [hora]. Para </w:t>
      </w:r>
      <w:proofErr w:type="spellStart"/>
      <w:r w:rsidR="00000000">
        <w:rPr>
          <w:rFonts w:ascii="Roboto" w:hAnsi="Roboto"/>
          <w:sz w:val="20"/>
        </w:rPr>
        <w:t>que</w:t>
      </w:r>
      <w:proofErr w:type="spellEnd"/>
      <w:r w:rsidR="00000000">
        <w:rPr>
          <w:rFonts w:ascii="Roboto" w:hAnsi="Roboto"/>
          <w:sz w:val="20"/>
        </w:rPr>
        <w:t xml:space="preserve"> lo </w:t>
      </w:r>
      <w:proofErr w:type="spellStart"/>
      <w:r w:rsidR="00000000">
        <w:rPr>
          <w:rFonts w:ascii="Roboto" w:hAnsi="Roboto"/>
          <w:sz w:val="20"/>
        </w:rPr>
        <w:t>aproveches</w:t>
      </w:r>
      <w:proofErr w:type="spellEnd"/>
      <w:r w:rsidR="00000000">
        <w:rPr>
          <w:rFonts w:ascii="Roboto" w:hAnsi="Roboto"/>
          <w:sz w:val="20"/>
        </w:rPr>
        <w:t xml:space="preserve"> bien, </w:t>
      </w:r>
      <w:proofErr w:type="spellStart"/>
      <w:r w:rsidR="00000000">
        <w:rPr>
          <w:rFonts w:ascii="Roboto" w:hAnsi="Roboto"/>
          <w:sz w:val="20"/>
        </w:rPr>
        <w:t>llega</w:t>
      </w:r>
      <w:proofErr w:type="spellEnd"/>
      <w:r w:rsidR="00000000">
        <w:rPr>
          <w:rFonts w:ascii="Roboto" w:hAnsi="Roboto"/>
          <w:sz w:val="20"/>
        </w:rPr>
        <w:t xml:space="preserve"> con </w:t>
      </w:r>
      <w:proofErr w:type="spellStart"/>
      <w:r w:rsidR="00000000">
        <w:rPr>
          <w:rFonts w:ascii="Roboto" w:hAnsi="Roboto"/>
          <w:sz w:val="20"/>
        </w:rPr>
        <w:t>tiempo</w:t>
      </w:r>
      <w:proofErr w:type="spellEnd"/>
      <w:r w:rsidR="00000000">
        <w:rPr>
          <w:rFonts w:ascii="Roboto" w:hAnsi="Roboto"/>
          <w:sz w:val="20"/>
        </w:rPr>
        <w:t xml:space="preserve"> y </w:t>
      </w:r>
      <w:proofErr w:type="spellStart"/>
      <w:r w:rsidR="00000000">
        <w:rPr>
          <w:rFonts w:ascii="Roboto" w:hAnsi="Roboto"/>
          <w:sz w:val="20"/>
        </w:rPr>
        <w:t>si</w:t>
      </w:r>
      <w:proofErr w:type="spellEnd"/>
      <w:r w:rsidR="00000000">
        <w:rPr>
          <w:rFonts w:ascii="Roboto" w:hAnsi="Roboto"/>
          <w:sz w:val="20"/>
        </w:rPr>
        <w:t xml:space="preserve"> </w:t>
      </w:r>
      <w:proofErr w:type="spellStart"/>
      <w:r w:rsidR="00000000">
        <w:rPr>
          <w:rFonts w:ascii="Roboto" w:hAnsi="Roboto"/>
          <w:sz w:val="20"/>
        </w:rPr>
        <w:t>puedes</w:t>
      </w:r>
      <w:proofErr w:type="spellEnd"/>
      <w:r w:rsidR="00000000">
        <w:rPr>
          <w:rFonts w:ascii="Roboto" w:hAnsi="Roboto"/>
          <w:sz w:val="20"/>
        </w:rPr>
        <w:t xml:space="preserve"> </w:t>
      </w:r>
      <w:proofErr w:type="spellStart"/>
      <w:r w:rsidR="00000000">
        <w:rPr>
          <w:rFonts w:ascii="Roboto" w:hAnsi="Roboto"/>
          <w:sz w:val="20"/>
        </w:rPr>
        <w:t>ubicarte</w:t>
      </w:r>
      <w:proofErr w:type="spellEnd"/>
      <w:r w:rsidR="00000000">
        <w:rPr>
          <w:rFonts w:ascii="Roboto" w:hAnsi="Roboto"/>
          <w:sz w:val="20"/>
        </w:rPr>
        <w:t xml:space="preserve"> antes </w:t>
      </w:r>
      <w:proofErr w:type="spellStart"/>
      <w:r w:rsidR="00000000">
        <w:rPr>
          <w:rFonts w:ascii="Roboto" w:hAnsi="Roboto"/>
          <w:sz w:val="20"/>
        </w:rPr>
        <w:t>mejor</w:t>
      </w:r>
      <w:proofErr w:type="spellEnd"/>
      <w:r w:rsidR="00000000">
        <w:rPr>
          <w:rFonts w:ascii="Roboto" w:hAnsi="Roboto"/>
          <w:sz w:val="20"/>
        </w:rPr>
        <w:t xml:space="preserve"> 👍”</w:t>
      </w:r>
      <w:r>
        <w:rPr>
          <w:rFonts w:ascii="Roboto" w:hAnsi="Roboto"/>
          <w:sz w:val="20"/>
        </w:rPr>
        <w:br/>
      </w:r>
      <w:r>
        <w:rPr>
          <w:rFonts w:ascii="Roboto" w:hAnsi="Roboto"/>
          <w:sz w:val="20"/>
        </w:rPr>
        <w:br/>
      </w:r>
      <w:r>
        <w:rPr>
          <mc:AlternateContent>
            <mc:Choice Requires="w16se">
              <w:rFonts w:ascii="Roboto" w:hAnsi="Roboto"/>
            </mc:Choice>
            <mc:Fallback>
              <w:rFonts w:ascii="Apple Color Emoji" w:eastAsia="Apple Color Emoji" w:hAnsi="Apple Color Emoji" w:cs="Apple Color Emoji"/>
            </mc:Fallback>
          </mc:AlternateContent>
          <w:b/>
          <w:bCs/>
          <w:color w:val="FF9300"/>
          <w:sz w:val="20"/>
        </w:rPr>
        <mc:AlternateContent>
          <mc:Choice Requires="w16se">
            <w16se:symEx w16se:font="Apple Color Emoji" w16se:char="1F947"/>
          </mc:Choice>
          <mc:Fallback>
            <w:t>🥇</w:t>
          </mc:Fallback>
        </mc:AlternateContent>
      </w:r>
      <w:r w:rsidRPr="00C743D6">
        <w:rPr>
          <w:rFonts w:ascii="Roboto" w:hAnsi="Roboto"/>
          <w:b/>
          <w:bCs/>
          <w:color w:val="FF9300"/>
          <w:sz w:val="20"/>
        </w:rPr>
        <w:t>Regla de</w:t>
      </w:r>
      <w:r w:rsidRPr="00C743D6">
        <w:rPr>
          <w:rFonts w:ascii="Roboto" w:hAnsi="Roboto"/>
          <w:color w:val="FF9300"/>
          <w:sz w:val="20"/>
        </w:rPr>
        <w:t xml:space="preserve"> </w:t>
      </w:r>
      <w:r w:rsidRPr="00C743D6">
        <w:rPr>
          <w:rFonts w:ascii="Roboto" w:hAnsi="Roboto"/>
          <w:b/>
          <w:bCs/>
          <w:color w:val="FF9300"/>
          <w:sz w:val="20"/>
        </w:rPr>
        <w:t>Oro</w:t>
      </w:r>
      <w:r>
        <w:rPr>
          <w:rFonts w:ascii="Roboto" w:hAnsi="Roboto"/>
          <w:sz w:val="20"/>
        </w:rPr>
        <w:t xml:space="preserve">:  </w:t>
      </w:r>
      <w:proofErr w:type="spellStart"/>
      <w:r>
        <w:rPr>
          <w:rFonts w:ascii="Roboto" w:hAnsi="Roboto"/>
          <w:sz w:val="20"/>
        </w:rPr>
        <w:t>Llega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siempre</w:t>
      </w:r>
      <w:proofErr w:type="spellEnd"/>
      <w:r>
        <w:rPr>
          <w:rFonts w:ascii="Roboto" w:hAnsi="Roboto"/>
          <w:sz w:val="20"/>
        </w:rPr>
        <w:t xml:space="preserve"> antes a la visita, 15 min antes es lo ideal, 5 min antes es </w:t>
      </w:r>
      <w:proofErr w:type="spellStart"/>
      <w:r>
        <w:rPr>
          <w:rFonts w:ascii="Roboto" w:hAnsi="Roboto"/>
          <w:sz w:val="20"/>
        </w:rPr>
        <w:t>apenas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puntual</w:t>
      </w:r>
      <w:proofErr w:type="spellEnd"/>
      <w:r>
        <w:rPr>
          <w:rFonts w:ascii="Roboto" w:hAnsi="Roboto"/>
          <w:sz w:val="20"/>
        </w:rPr>
        <w:t>. (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el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siguiente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curso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profundizarmos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en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este</w:t>
      </w:r>
      <w:proofErr w:type="spellEnd"/>
      <w:r>
        <w:rPr>
          <w:rFonts w:ascii="Roboto" w:hAnsi="Roboto"/>
          <w:sz w:val="20"/>
        </w:rPr>
        <w:t xml:space="preserve"> </w:t>
      </w:r>
      <w:proofErr w:type="spellStart"/>
      <w:r>
        <w:rPr>
          <w:rFonts w:ascii="Roboto" w:hAnsi="Roboto"/>
          <w:sz w:val="20"/>
        </w:rPr>
        <w:t>apartado</w:t>
      </w:r>
      <w:proofErr w:type="spellEnd"/>
      <w:r>
        <w:rPr>
          <w:rFonts w:ascii="Roboto" w:hAnsi="Roboto"/>
          <w:sz w:val="20"/>
        </w:rPr>
        <w:t xml:space="preserve">) </w:t>
      </w:r>
    </w:p>
    <w:p w:rsidR="001B1F90" w:rsidRDefault="00000000">
      <w:pPr>
        <w:spacing w:before="400"/>
        <w:jc w:val="center"/>
      </w:pPr>
      <w:r>
        <w:rPr>
          <w:rFonts w:ascii="Montserrat" w:hAnsi="Montserrat"/>
          <w:b/>
          <w:color w:val="005480"/>
          <w:sz w:val="24"/>
        </w:rPr>
        <w:t>CLAVES REALES DEL ÉXITO</w:t>
      </w:r>
      <w:r>
        <w:rPr>
          <w:rFonts w:ascii="Montserrat" w:hAnsi="Montserrat"/>
          <w:b/>
          <w:color w:val="005480"/>
          <w:sz w:val="24"/>
        </w:rPr>
        <w:br/>
      </w:r>
      <w:r w:rsidRPr="00C743D6">
        <w:rPr>
          <w:rFonts w:ascii="Roboto" w:hAnsi="Roboto"/>
          <w:bCs/>
        </w:rPr>
        <w:t>• No preguntas “si quiere ir” -&gt;</w:t>
      </w:r>
      <w:r>
        <w:rPr>
          <w:rFonts w:ascii="Roboto" w:hAnsi="Roboto"/>
          <w:b/>
        </w:rPr>
        <w:t xml:space="preserve"> das por hecho que va.</w:t>
      </w:r>
      <w:r>
        <w:rPr>
          <w:rFonts w:ascii="Roboto" w:hAnsi="Roboto"/>
          <w:b/>
        </w:rPr>
        <w:br/>
      </w:r>
      <w:r w:rsidRPr="00C743D6">
        <w:rPr>
          <w:rFonts w:ascii="Roboto" w:hAnsi="Roboto"/>
          <w:bCs/>
        </w:rPr>
        <w:t>• No dejas decisiones abiertas -&gt;</w:t>
      </w:r>
      <w:r>
        <w:rPr>
          <w:rFonts w:ascii="Roboto" w:hAnsi="Roboto"/>
          <w:b/>
        </w:rPr>
        <w:t xml:space="preserve"> das opciones.</w:t>
      </w:r>
      <w:r>
        <w:rPr>
          <w:rFonts w:ascii="Roboto" w:hAnsi="Roboto"/>
          <w:b/>
        </w:rPr>
        <w:br/>
      </w:r>
      <w:r w:rsidRPr="00C743D6">
        <w:rPr>
          <w:rFonts w:ascii="Roboto" w:hAnsi="Roboto"/>
          <w:bCs/>
        </w:rPr>
        <w:t>• La llamada no es recordatorio -&gt;</w:t>
      </w:r>
      <w:r>
        <w:rPr>
          <w:rFonts w:ascii="Roboto" w:hAnsi="Roboto"/>
          <w:b/>
        </w:rPr>
        <w:t xml:space="preserve"> es compromiso.</w:t>
      </w:r>
    </w:p>
    <w:sectPr w:rsidR="001B1F9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E2050" w:rsidRDefault="00DE2050">
      <w:pPr>
        <w:spacing w:after="0" w:line="240" w:lineRule="auto"/>
      </w:pPr>
      <w:r>
        <w:separator/>
      </w:r>
    </w:p>
  </w:endnote>
  <w:endnote w:type="continuationSeparator" w:id="0">
    <w:p w:rsidR="00DE2050" w:rsidRDefault="00DE2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47B" w:usb2="00000000" w:usb3="00000000" w:csb0="00000197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E2050" w:rsidRDefault="00DE2050">
      <w:pPr>
        <w:spacing w:after="0" w:line="240" w:lineRule="auto"/>
      </w:pPr>
      <w:r>
        <w:separator/>
      </w:r>
    </w:p>
  </w:footnote>
  <w:footnote w:type="continuationSeparator" w:id="0">
    <w:p w:rsidR="00DE2050" w:rsidRDefault="00DE2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B1F90" w:rsidRDefault="00C743D6">
    <w:pPr>
      <w:pStyle w:val="Encabezado"/>
      <w:jc w:val="right"/>
    </w:pPr>
    <w:r w:rsidRPr="00AF370A">
      <w:rPr>
        <w:noProof/>
      </w:rPr>
      <w:drawing>
        <wp:inline distT="0" distB="0" distL="0" distR="0" wp14:anchorId="69E4C68E" wp14:editId="08A21546">
          <wp:extent cx="1130300" cy="304800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5493509">
    <w:abstractNumId w:val="8"/>
  </w:num>
  <w:num w:numId="2" w16cid:durableId="2045210432">
    <w:abstractNumId w:val="6"/>
  </w:num>
  <w:num w:numId="3" w16cid:durableId="1126461354">
    <w:abstractNumId w:val="5"/>
  </w:num>
  <w:num w:numId="4" w16cid:durableId="708341031">
    <w:abstractNumId w:val="4"/>
  </w:num>
  <w:num w:numId="5" w16cid:durableId="651369028">
    <w:abstractNumId w:val="7"/>
  </w:num>
  <w:num w:numId="6" w16cid:durableId="355739468">
    <w:abstractNumId w:val="3"/>
  </w:num>
  <w:num w:numId="7" w16cid:durableId="180434572">
    <w:abstractNumId w:val="2"/>
  </w:num>
  <w:num w:numId="8" w16cid:durableId="919756819">
    <w:abstractNumId w:val="1"/>
  </w:num>
  <w:num w:numId="9" w16cid:durableId="566722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B1F90"/>
    <w:rsid w:val="0029639D"/>
    <w:rsid w:val="00326F90"/>
    <w:rsid w:val="00AA1D8D"/>
    <w:rsid w:val="00B47730"/>
    <w:rsid w:val="00C743D6"/>
    <w:rsid w:val="00CB0664"/>
    <w:rsid w:val="00DE2050"/>
    <w:rsid w:val="00E2026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63C938"/>
  <w14:defaultImageDpi w14:val="300"/>
  <w15:docId w15:val="{CA41FEB5-5817-244E-8712-BE1A6BD9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339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Ezequiel Marquez</cp:lastModifiedBy>
  <cp:revision>2</cp:revision>
  <dcterms:created xsi:type="dcterms:W3CDTF">2013-12-23T23:15:00Z</dcterms:created>
  <dcterms:modified xsi:type="dcterms:W3CDTF">2026-04-19T07:02:00Z</dcterms:modified>
  <cp:category/>
</cp:coreProperties>
</file>